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gisterKicker"/>
      </w:pPr>
      <w:r>
        <w:t>REGULATORY COVERAGE REGISTER</w:t>
      </w:r>
    </w:p>
    <w:p>
      <w:pPr>
        <w:pStyle w:val="RegisterTitle"/>
      </w:pPr>
      <w:r>
        <w:t>Medical Device + IVD Country-Law Register</w:t>
      </w:r>
    </w:p>
    <w:p>
      <w:pPr>
        <w:pStyle w:val="RegisterSubtitle"/>
      </w:pPr>
      <w:r>
        <w:t>Catalogued official sources and activation status for the eQMS product requirements</w:t>
      </w:r>
    </w:p>
    <w:p>
      <w:pPr>
        <w:pStyle w:val="RegisterMetadata"/>
      </w:pPr>
      <w:r>
        <w:rPr>
          <w:rFonts w:ascii="Calibri" w:hAnsi="Calibri"/>
          <w:b/>
          <w:color w:val="111827"/>
          <w:sz w:val="19"/>
        </w:rPr>
        <w:t xml:space="preserve">Owner: </w:t>
      </w:r>
      <w:r>
        <w:rPr>
          <w:rFonts w:ascii="Calibri" w:hAnsi="Calibri"/>
          <w:color w:val="111827"/>
          <w:sz w:val="19"/>
        </w:rPr>
        <w:t>QMS Studio Regulatory Product</w:t>
      </w:r>
    </w:p>
    <w:p>
      <w:pPr>
        <w:pStyle w:val="RegisterMetadata"/>
      </w:pPr>
      <w:r>
        <w:rPr>
          <w:rFonts w:ascii="Calibri" w:hAnsi="Calibri"/>
          <w:b/>
          <w:color w:val="111827"/>
          <w:sz w:val="19"/>
        </w:rPr>
        <w:t xml:space="preserve">Date: </w:t>
      </w:r>
      <w:r>
        <w:rPr>
          <w:rFonts w:ascii="Calibri" w:hAnsi="Calibri"/>
          <w:color w:val="111827"/>
          <w:sz w:val="19"/>
        </w:rPr>
        <w:t>10 August 2026</w:t>
      </w:r>
    </w:p>
    <w:p>
      <w:pPr>
        <w:pStyle w:val="RegisterMetadata"/>
      </w:pPr>
      <w:r>
        <w:rPr>
          <w:rFonts w:ascii="Calibri" w:hAnsi="Calibri"/>
          <w:b/>
          <w:color w:val="111827"/>
          <w:sz w:val="19"/>
        </w:rPr>
        <w:t xml:space="preserve">Scope: </w:t>
      </w:r>
      <w:r>
        <w:rPr>
          <w:rFonts w:ascii="Calibri" w:hAnsi="Calibri"/>
          <w:color w:val="111827"/>
          <w:sz w:val="19"/>
        </w:rPr>
        <w:t>Medical devices + IVDs; SaaS vendor-sale controls shown separately</w:t>
      </w:r>
    </w:p>
    <w:p>
      <w:pPr>
        <w:pStyle w:val="RegisterMetadata"/>
      </w:pPr>
      <w:r>
        <w:rPr>
          <w:rFonts w:ascii="Calibri" w:hAnsi="Calibri"/>
          <w:b/>
          <w:color w:val="111827"/>
          <w:sz w:val="19"/>
        </w:rPr>
        <w:t xml:space="preserve">Status: </w:t>
      </w:r>
      <w:r>
        <w:rPr>
          <w:rFonts w:ascii="Calibri" w:hAnsi="Calibri"/>
          <w:color w:val="111827"/>
          <w:sz w:val="19"/>
        </w:rPr>
        <w:t>Planning baseline - not legal advice or a compliance certification</w:t>
      </w:r>
    </w:p>
    <w:p>
      <w:pPr>
        <w:pStyle w:val="RegisterMetadata"/>
        <w:spacing w:after="240"/>
        <w:pBdr>
          <w:bottom w:val="single" w:sz="12" w:space="4" w:color="1F4D78"/>
        </w:pBdr>
      </w:pPr>
      <w:r>
        <w:rPr>
          <w:rFonts w:ascii="Calibri" w:hAnsi="Calibri"/>
          <w:b/>
          <w:color w:val="111827"/>
          <w:sz w:val="19"/>
        </w:rPr>
        <w:t xml:space="preserve">Data baseline: </w:t>
      </w:r>
      <w:r>
        <w:rPr>
          <w:rFonts w:ascii="Calibri" w:hAnsi="Calibri"/>
          <w:color w:val="111827"/>
          <w:sz w:val="19"/>
        </w:rPr>
        <w:t>1055 records | 250 jurisdictions | 3 regional overlays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7A5A00" w:space="0"/>
          <w:left w:val="single" w:sz="6" w:color="7A5A00" w:space="0"/>
          <w:bottom w:val="single" w:sz="6" w:color="7A5A00" w:space="0"/>
          <w:right w:val="single" w:sz="6" w:color="7A5A00" w:space="0"/>
          <w:insideH w:val="single" w:sz="6" w:color="7A5A00" w:space="0"/>
          <w:insideV w:val="single" w:sz="6" w:color="7A5A00" w:space="0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8E8" w:val="clear"/>
          </w:tcPr>
          <w:p>
            <w:pPr>
              <w:pStyle w:val="RegisterNote"/>
            </w:pPr>
            <w:r>
              <w:rPr>
                <w:rFonts w:ascii="Calibri" w:hAnsi="Calibri"/>
                <w:b/>
                <w:color w:val="7A5A00"/>
                <w:sz w:val="20"/>
              </w:rPr>
              <w:t>This document reports sources and readiness, not laws conclusively 'followed.' Catalogued, acquired, or searchable does not mean fully interpreted, implemented, validated, compliant, certified, or audit-ready. Every market remains unsupported until all activation gates pass.</w:t>
            </w:r>
          </w:p>
        </w:tc>
      </w:tr>
    </w:tbl>
    <w:p>
      <w:pPr>
        <w:pStyle w:val="Heading1"/>
      </w:pPr>
      <w:r>
        <w:t>Coverage snapshot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7632"/>
        <w:gridCol w:w="1728"/>
      </w:tblGrid>
      <w:tr>
        <w:trPr>
          <w:tblHeader w:val="true"/>
          <w:cantSplit/>
        </w:trPr>
        <w:tc>
          <w:tcPr>
            <w:tcW w:type="dxa" w:w="76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8"/>
              </w:rPr>
              <w:t>Measure</w:t>
            </w:r>
          </w:p>
        </w:tc>
        <w:tc>
          <w:tcPr>
            <w:tcW w:type="dxa" w:w="172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8"/>
              </w:rPr>
              <w:t>Count</w:t>
            </w:r>
          </w:p>
        </w:tc>
      </w:tr>
      <w:tr>
        <w:trPr>
          <w:cantSplit/>
        </w:trPr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Countries and territories in governed inventory</w:t>
            </w:r>
          </w:p>
        </w:tc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250</w:t>
            </w:r>
          </w:p>
        </w:tc>
      </w:tr>
      <w:tr>
        <w:trPr>
          <w:cantSplit/>
        </w:trPr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Regional overlays</w:t>
            </w:r>
          </w:p>
        </w:tc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Catalogued official-source records</w:t>
            </w:r>
          </w:p>
        </w:tc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1055</w:t>
            </w:r>
          </w:p>
        </w:tc>
      </w:tr>
      <w:tr>
        <w:trPr>
          <w:cantSplit/>
        </w:trPr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Acquired source files</w:t>
            </w:r>
          </w:p>
        </w:tc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875</w:t>
            </w:r>
          </w:p>
        </w:tc>
      </w:tr>
      <w:tr>
        <w:trPr>
          <w:cantSplit/>
        </w:trPr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Searchable source texts</w:t>
            </w:r>
          </w:p>
        </w:tc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844</w:t>
            </w:r>
          </w:p>
        </w:tc>
      </w:tr>
      <w:tr>
        <w:trPr>
          <w:cantSplit/>
        </w:trPr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Failed official-source transfers</w:t>
            </w:r>
          </w:p>
        </w:tc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180</w:t>
            </w:r>
          </w:p>
        </w:tc>
      </w:tr>
      <w:tr>
        <w:trPr>
          <w:cantSplit/>
        </w:trPr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Device / IVD source records</w:t>
            </w:r>
          </w:p>
        </w:tc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860</w:t>
            </w:r>
          </w:p>
        </w:tc>
      </w:tr>
      <w:tr>
        <w:trPr>
          <w:cantSplit/>
        </w:trPr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SaaS vendor-sale source records</w:t>
            </w:r>
          </w:p>
        </w:tc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194</w:t>
            </w:r>
          </w:p>
        </w:tc>
      </w:tr>
      <w:tr>
        <w:trPr>
          <w:cantSplit/>
        </w:trPr>
        <w:tc>
          <w:tcPr>
            <w:tcW w:type="dxa" w:w="76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Cross-cutting governance records</w:t>
            </w:r>
          </w:p>
        </w:tc>
        <w:tc>
          <w:tcPr>
            <w:tcW w:type="dxa" w:w="1728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8"/>
              </w:rPr>
              <w:t>1</w:t>
            </w:r>
          </w:p>
        </w:tc>
      </w:tr>
    </w:tbl>
    <w:p>
      <w:pPr>
        <w:pStyle w:val="Heading1"/>
      </w:pPr>
      <w:r>
        <w:t>How to read the register</w:t>
      </w:r>
    </w:p>
    <w:p>
      <w:pPr>
        <w:spacing w:after="80" w:lineRule="auto" w:line="300"/>
        <w:numPr>
          <w:ilvl w:val="0"/>
          <w:numId w:val="10"/>
        </w:numPr>
      </w:pPr>
      <w:r>
        <w:t>Device / IVD identifies sources used for customer medical-device or IVD quality and regulatory workflows.</w:t>
      </w:r>
    </w:p>
    <w:p>
      <w:pPr>
        <w:spacing w:after="80" w:lineRule="auto" w:line="300"/>
        <w:numPr>
          <w:ilvl w:val="0"/>
          <w:numId w:val="10"/>
        </w:numPr>
      </w:pPr>
      <w:r>
        <w:t>SaaS vendor-sale identifies privacy, cybersecurity, AI, accessibility, electronic-transaction, procurement, sanctions, or similar duties governing the vendor's own service operation or sale.</w:t>
      </w:r>
    </w:p>
    <w:p>
      <w:pPr>
        <w:spacing w:after="80" w:lineRule="auto" w:line="300"/>
        <w:numPr>
          <w:ilvl w:val="0"/>
          <w:numId w:val="10"/>
        </w:numPr>
      </w:pPr>
      <w:r>
        <w:t>Cross-cutting identifies an inventory or governance source that is not a local device obligation by itself.</w:t>
      </w:r>
    </w:p>
    <w:p>
      <w:pPr>
        <w:spacing w:after="80" w:lineRule="auto" w:line="300"/>
        <w:numPr>
          <w:ilvl w:val="0"/>
          <w:numId w:val="10"/>
        </w:numPr>
      </w:pPr>
      <w:r>
        <w:t>Acquired means a file is present and hash-recorded. Searchable means strict text extraction succeeded. Neither term means legal completeness or compliance.</w:t>
      </w:r>
    </w:p>
    <w:p>
      <w:pPr>
        <w:spacing w:after="80" w:lineRule="auto" w:line="300"/>
        <w:numPr>
          <w:ilvl w:val="0"/>
          <w:numId w:val="10"/>
        </w:numPr>
      </w:pPr>
      <w:r>
        <w:t>EU, EEA, and EAEU materials are regional overlays. They do not silently replace national law.</w:t>
      </w:r>
    </w:p>
    <w:p>
      <w:pPr>
        <w:pStyle w:val="Heading1"/>
      </w:pPr>
      <w:r>
        <w:t>Regional overlay summary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936"/>
        <w:gridCol w:w="1944"/>
        <w:gridCol w:w="4032"/>
        <w:gridCol w:w="1152"/>
        <w:gridCol w:w="1296"/>
      </w:tblGrid>
      <w:tr>
        <w:trPr>
          <w:tblHeader w:val="true"/>
          <w:cantSplit/>
        </w:trPr>
        <w:tc>
          <w:tcPr>
            <w:tcW w:type="dxa" w:w="93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7"/>
              </w:rPr>
              <w:t>Code</w:t>
            </w:r>
          </w:p>
        </w:tc>
        <w:tc>
          <w:tcPr>
            <w:tcW w:type="dxa" w:w="194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7"/>
              </w:rPr>
              <w:t>Regime</w:t>
            </w:r>
          </w:p>
        </w:tc>
        <w:tc>
          <w:tcPr>
            <w:tcW w:type="dxa" w:w="40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7"/>
              </w:rPr>
              <w:t>Readiness</w:t>
            </w:r>
          </w:p>
        </w:tc>
        <w:tc>
          <w:tcPr>
            <w:tcW w:type="dxa" w:w="11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7"/>
              </w:rPr>
              <w:t>Sources</w:t>
            </w:r>
          </w:p>
        </w:tc>
        <w:tc>
          <w:tcPr>
            <w:tcW w:type="dxa" w:w="129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7"/>
              </w:rPr>
              <w:t>Searchable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7"/>
              </w:rPr>
              <w:t>EU</w:t>
            </w:r>
          </w:p>
        </w:tc>
        <w:tc>
          <w:tcPr>
            <w:tcW w:type="dxa" w:w="1944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7"/>
              </w:rPr>
              <w:t>European Union</w:t>
            </w:r>
          </w:p>
        </w:tc>
        <w:tc>
          <w:tcPr>
            <w:tcW w:type="dxa" w:w="40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7"/>
              </w:rPr>
              <w:t>EU baseline - Member State overlay required</w:t>
            </w:r>
          </w:p>
        </w:tc>
        <w:tc>
          <w:tcPr>
            <w:tcW w:type="dxa" w:w="115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7"/>
              </w:rPr>
              <w:t>99</w:t>
            </w:r>
          </w:p>
        </w:tc>
        <w:tc>
          <w:tcPr>
            <w:tcW w:type="dxa" w:w="129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7"/>
              </w:rPr>
              <w:t>96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7"/>
              </w:rPr>
              <w:t>EEA_EFTA</w:t>
            </w:r>
          </w:p>
        </w:tc>
        <w:tc>
          <w:tcPr>
            <w:tcW w:type="dxa" w:w="1944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7"/>
              </w:rPr>
              <w:t>EEA EFTA</w:t>
            </w:r>
          </w:p>
        </w:tc>
        <w:tc>
          <w:tcPr>
            <w:tcW w:type="dxa" w:w="40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7"/>
              </w:rPr>
              <w:t>EEA incorporation + national overlay required</w:t>
            </w:r>
          </w:p>
        </w:tc>
        <w:tc>
          <w:tcPr>
            <w:tcW w:type="dxa" w:w="115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7"/>
              </w:rPr>
              <w:t>6</w:t>
            </w:r>
          </w:p>
        </w:tc>
        <w:tc>
          <w:tcPr>
            <w:tcW w:type="dxa" w:w="129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7"/>
              </w:rPr>
              <w:t>6</w:t>
            </w:r>
          </w:p>
        </w:tc>
      </w:tr>
      <w:tr>
        <w:trPr>
          <w:cantSplit/>
        </w:trPr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7"/>
              </w:rPr>
              <w:t>EAEU</w:t>
            </w:r>
          </w:p>
        </w:tc>
        <w:tc>
          <w:tcPr>
            <w:tcW w:type="dxa" w:w="1944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7"/>
              </w:rPr>
              <w:t>Eurasian Economic Union</w:t>
            </w:r>
          </w:p>
        </w:tc>
        <w:tc>
          <w:tcPr>
            <w:tcW w:type="dxa" w:w="40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7"/>
              </w:rPr>
              <w:t>EAEU acts - national implementation review required</w:t>
            </w:r>
          </w:p>
        </w:tc>
        <w:tc>
          <w:tcPr>
            <w:tcW w:type="dxa" w:w="115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7"/>
              </w:rPr>
              <w:t>7</w:t>
            </w:r>
          </w:p>
        </w:tc>
        <w:tc>
          <w:tcPr>
            <w:tcW w:type="dxa" w:w="129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7"/>
              </w:rPr>
              <w:t>1</w:t>
            </w:r>
          </w:p>
        </w:tc>
      </w:tr>
    </w:tbl>
    <w:p>
      <w:pPr>
        <w:pStyle w:val="Heading1"/>
      </w:pPr>
      <w:r>
        <w:t>Country and territory status register</w:t>
      </w:r>
    </w:p>
    <w:p>
      <w:pPr>
        <w:pStyle w:val="TableCitationText"/>
      </w:pPr>
      <w:r>
        <w:t>All 250 inventory entries are listed. Source counts are country-specific and exclude linked regional-overlay records. A zero does not mean no law exists; it means no country-specific catalog record is currently assigned.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792"/>
        <w:gridCol w:w="2232"/>
        <w:gridCol w:w="3240"/>
        <w:gridCol w:w="1080"/>
        <w:gridCol w:w="936"/>
        <w:gridCol w:w="1080"/>
      </w:tblGrid>
      <w:tr>
        <w:trPr>
          <w:tblHeader w:val="true"/>
          <w:cantSplit/>
        </w:trPr>
        <w:tc>
          <w:tcPr>
            <w:tcW w:type="dxa" w:w="79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Code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Country / territory</w:t>
            </w:r>
          </w:p>
        </w:tc>
        <w:tc>
          <w:tcPr>
            <w:tcW w:type="dxa" w:w="3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Readiness</w:t>
            </w:r>
          </w:p>
        </w:tc>
        <w:tc>
          <w:tcPr>
            <w:tcW w:type="dxa" w:w="10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Overlay</w:t>
            </w:r>
          </w:p>
        </w:tc>
        <w:tc>
          <w:tcPr>
            <w:tcW w:type="dxa" w:w="93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Local</w:t>
            </w:r>
          </w:p>
        </w:tc>
        <w:tc>
          <w:tcPr>
            <w:tcW w:type="dxa" w:w="10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Searchable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AF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Afghanistan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Albania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DZ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Algeria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American Samoa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AD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Andorra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Angola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Anguilla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AQ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Antarctica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Antigua &amp; Barbuda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Argentina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Armenia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EAEU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Aruba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AU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Australia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Named baseline - legal review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Austria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Azerbaijan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Bahamas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BH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Bahrain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BD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Bangladesh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BB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Barbados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BY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Belarus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EAEU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Belgium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Belize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BJ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Benin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Bermuda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Bhutan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Bolivia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BQ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Bonaire, Sint Eustatius and Saba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Bosnia &amp; Herzegovina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Botswana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BV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Bouvet Island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Brazil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Named baseline - legal review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British Indian Ocean Territory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VG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British Virgin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Brunei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Bulgaria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BF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Burkina Faso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Burundi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CV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Cabo Verde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KH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Cambodia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Cameroon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Canada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Named baseline - legal review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KY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Cayman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CF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Central African Republic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TD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Chad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Chile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China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CX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Christmas Island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CC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Cocos (Keeling)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Colombia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11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Comoros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Congo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CD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Congo (DRC)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Cook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Costa Rica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HR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Croatia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CU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Cuba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Curaçao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CY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Cyprus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Czechia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Côte d’Ivoire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DK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Denmark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DJ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Djibouti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DM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Dominica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DO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Dominican Republic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EC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Ecuador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Egypt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SV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El Salvador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GQ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Equatorial Guinea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Eritrea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Estonia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Eswatini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Ethiopia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FK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Falkland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FO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Faroe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FJ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Fiji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FI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Finland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FR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France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GF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French Guiana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PF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French Polynesia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TF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French Southern Territories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Gabon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Gambia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Georgia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DE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Germany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GH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Ghana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Gibraltar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Greece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Greenland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GD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Grenada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GP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Guadeloupe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GU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Guam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Guatemala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Guernsey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Guinea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Guinea-Bissau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GY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Guyana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HT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Haiti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HM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Heard Island and McDonald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HN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Honduras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HK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Hong Kong SAR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HU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Hungary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Iceland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EEA incorporation +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EEA_EFTA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India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11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ID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Indonesia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12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Iran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IQ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Iraq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Ireland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Isle of Man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Israel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IT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Italy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JM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Jamaica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JP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Japan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Named baseline - legal review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JE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Jersey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JO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Jordan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Kazakhstan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EAEU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Kenya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Kiribati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XK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Kosovo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Kuwait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Kyrgyzstan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EAEU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Laos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LV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Latvia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LB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Lebanon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Lesotho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Liberia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LY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Libya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Liechtenstein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EEA incorporation +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EEA_EFTA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Lithuania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LU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Luxembourg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Macao SAR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Madagascar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Malawi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MY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Malaysia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18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MV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Maldives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Mali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Malta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MH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Marshall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MQ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Martinique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Mauritania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MU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Mauritius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YT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Mayotte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MX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Mexico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11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FM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Micronesia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MD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Moldova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MC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Monaco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Mongolia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Montenegro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Montserrat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Morocco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Mozambique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Myanmar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Namibia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Nauru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NP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Nepal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Netherlands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NC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New Caledonia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New Zealand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Nicaragua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Niger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Nigeria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NU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Niue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NF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Norfolk Island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KP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North Korea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North Macedonia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MP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Northern Mariana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NO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Norway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EEA incorporation +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EEA_EFTA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OM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Oman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Pakistan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Palau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Palestinian Authority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Panama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Papua New Guinea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PY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Paraguay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Peru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23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12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PH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Philippines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12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Pitcairn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Poland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Portugal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Puerto Rico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QA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Qatar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RO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Romania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RU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Russia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EAEU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RW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Rwanda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RE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Réunion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WS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Samoa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San Marino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Saudi Arabia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9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Senegal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RS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Serbia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SC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Seychelles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Sierra Leone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Singapore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SX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Sint Maarten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Slovakia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Slovenia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SB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Solomon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Somalia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ZA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South Africa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South Georgia and the South Sandwich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South Korea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11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11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South Sudan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Spain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Sri Lanka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SH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St Helena, Ascension, Tristan da Cunha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BL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St. Barthélemy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KN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St. Kitts &amp; Nevis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LC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St. Lucia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MF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St. Martin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PM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St. Pierre &amp; Miquelon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VC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St. Vincent &amp; Grenadines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SD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Sudan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Suriname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SJ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Svalbard &amp; Jan Mayen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Sweden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EU baseline - national overlay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EU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CH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Switzerland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SY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Syria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ST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São Tomé &amp; Príncipe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Taiwan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11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11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TJ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Tajikistan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Tanzania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TH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Thailand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TL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Timor-Leste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Togo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TK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Tokelau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TO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Tonga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TT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Trinidad &amp; Tobago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Tunisia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Turkmenistan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TC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Turks &amp; Caicos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TV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Tuvalu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TR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Türkiye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UM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U.S. Outlying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VI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U.S. Virgin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UG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Uganda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UA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Ukraine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United Arab Emirates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8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GB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United Kingdom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Named baseline - legal review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41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41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US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United States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Named baseline - legal review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180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169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UY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Uruguay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4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UZ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Uzbekistan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6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VU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Vanuatu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VA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Vatican City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VE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Venezuela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3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VN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Vietnam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19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WF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Wallis &amp; Futuna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EH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Western Sahara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YE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Yemen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ZM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Zambia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7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ZW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Zimbabwe</w:t>
            </w:r>
          </w:p>
        </w:tc>
        <w:tc>
          <w:tcPr>
            <w:tcW w:type="dxa" w:w="3240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Catalogued - interpretation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5</w:t>
            </w:r>
          </w:p>
        </w:tc>
      </w:tr>
      <w:tr>
        <w:trPr>
          <w:cantSplit/>
        </w:trPr>
        <w:tc>
          <w:tcPr>
            <w:tcW w:type="dxa" w:w="792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AX</w:t>
            </w:r>
          </w:p>
        </w:tc>
        <w:tc>
          <w:tcPr>
            <w:tcW w:type="dxa" w:w="2232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Åland Islands</w:t>
            </w:r>
          </w:p>
        </w:tc>
        <w:tc>
          <w:tcPr>
            <w:tcW w:type="dxa" w:w="3240"/>
            <w:shd w:fill="F2F4F7" w:val="clea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11827"/>
                <w:sz w:val="15"/>
              </w:rPr>
              <w:t>Discovery required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-</w:t>
            </w:r>
          </w:p>
        </w:tc>
        <w:tc>
          <w:tcPr>
            <w:tcW w:type="dxa" w:w="936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  <w:tc>
          <w:tcPr>
            <w:tcW w:type="dxa" w:w="1080"/>
          </w:tcPr>
          <w:p>
            <w:pPr>
              <w:spacing w:after="0" w:line="240" w:lineRule="auto"/>
              <w:jc w:val="center"/>
            </w:pPr>
            <w:r>
              <w:rPr>
                <w:rFonts w:ascii="Calibri" w:hAnsi="Calibri"/>
                <w:color w:val="111827"/>
                <w:sz w:val="15"/>
              </w:rPr>
              <w:t>0</w:t>
            </w:r>
          </w:p>
        </w:tc>
      </w:tr>
    </w:tbl>
    <w:p>
      <w:r>
        <w:br w:type="page"/>
      </w:r>
    </w:p>
    <w:p>
      <w:pPr>
        <w:pStyle w:val="Heading1"/>
      </w:pPr>
      <w:r>
        <w:t>Regional overlay source register</w:t>
      </w:r>
    </w:p>
    <w:p>
      <w:pPr>
        <w:pStyle w:val="Heading2"/>
      </w:pPr>
      <w:r>
        <w:t>EU - European Union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AAB7C5" w:space="0"/>
          <w:left w:val="single" w:sz="6" w:color="AAB7C5" w:space="0"/>
          <w:bottom w:val="single" w:sz="6" w:color="AAB7C5" w:space="0"/>
          <w:right w:val="single" w:sz="6" w:color="AAB7C5" w:space="0"/>
          <w:insideH w:val="single" w:sz="6" w:color="AAB7C5" w:space="0"/>
          <w:insideV w:val="single" w:sz="6" w:color="AAB7C5" w:space="0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 w:val="clear"/>
          </w:tcPr>
          <w:p>
            <w:pPr>
              <w:pStyle w:val="RegisterNote"/>
            </w:pPr>
            <w:r>
              <w:rPr>
                <w:rFonts w:ascii="Calibri" w:hAnsi="Calibri"/>
                <w:b w:val="0"/>
                <w:color w:val="0B2545"/>
                <w:sz w:val="20"/>
              </w:rPr>
              <w:t>EU-level instruments do not replace Member State transposition, competent-authority, language, fee, enforcement, privacy, ePrivacy, accessibility, employment, procurement, or other national requirements.</w:t>
            </w:r>
          </w:p>
        </w:tc>
      </w:tr>
    </w:tbl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EU baseline - Member State overlay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99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Article 10a Decision Tree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eu-article-10a-decision-tree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decision support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Article 10a Manufacturer Notification Form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eu-article-10a-form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reporting form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Article 10a Manufacturer Notification Form Annex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eu-article-10a-form-annex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reporting form annex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Decision (EU) 2025/2371 — Functionality of Certain EUDAMED Electronic Systems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eu-eudamed-functionality-2025-2371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commission decision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Delegated Regulation (EU) 2023/502 amending Regulation (EU) 2017/745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eu-mdr-delegated-2023-502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delegated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Delegated Regulation (EU) 2023/503 amending Regulation (EU) 2017/746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eu-ivdr-delegated-2023-503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delegated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Delegated Regulation (EU) 2026/1359 amending Regulation (EU) 2017/745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eu-mdr-delegated-2026-1359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delegated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Delegated Regulation (EU) 2026/1451 amending Regulation (EU) 2017/745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eu-mdr-delegated-2026-1451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delegated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Decision (EU) 2019/939 — UDI Issuing Entities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eu-udi-issuing-entities-2019-939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decision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Decision (EU) 2024/2120 - Renewal of UDI Issuing-Entity Designations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eu-udi-issuing-entity-renewal-2024-2120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decision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Regulation (EU) 2017/2185 — Notified Body Codes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eu-notified-body-codes-2017-2185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Regulation (EU) 2021/2078 — EUDAMED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eu-eudamed-2021-2078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Regulation (EU) 2021/2226 — Electronic Instructions for Use, consolidated 2025-07-16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eu-eifu-2021-2226-consolidated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consolidated implementing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acts consolidation non authentic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Regulation (EU) 2022/1107 - Common Specifications for Certain Class D IVDs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eu-ivdr-common-specifications-2022-1107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Regulation (EU) 2022/944 - Tasks of and Criteria for EU Reference Laboratories for High-Risk IVDs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eu-ivdr-eurl-rules-2022-944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Regulation (EU) 2023/2713 - Designation of EU Reference Laboratories for High-Risk IVDs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eu-ivdr-eurl-designations-2023-2713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Regulation (EU) 2025/2526 - Amendment of EU Reference Laboratory Designations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eu-ivdr-eurl-designations-amendment-2025-2526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Regulation (EU) 2026/977 — Notified Body Quality Management System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eu-nb-qms-2026-977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Q&amp;A on Practical Aspects of the IVDR Transitional Provisions - July 2024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eu-ivdr-transition-qa-2024-07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commission qa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EUDAMED Rollout Questions and Answers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eu-eudamed-rollout-qa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EudraLex Volume 4 Annex 11 — Computerised Systems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eu-gmp-annex-11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gmp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expectation when eu gmp applies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European Commission Harmonised Standards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eu-harmonised-standards-hub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explanatory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Field Safety Corrective Action Report Form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eu-fsca-report-form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reporting form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Implementing Decision (EU) 2021/1182 — MDR Harmonised Standards, consolidated 2026-06-17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eu-mdr-harmonised-standards-2026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decision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Implementing Decision (EU) 2021/1195 — IVDR Harmonised Standards, consolidated 2026-06-17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eu-ivdr-harmonised-standards-2026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decision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IVDR Corrigendum C1 - OJ May 3, 2019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eu-ivdr-corrigendum-c1-2019-05-03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authentic corrigendum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IVDR Corrigendum C2 - OJ December 27, 2019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eu-ivdr-corrigendum-c2-2019-12-27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authentic corrigendum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Manufacturer Incident Report Changelog 7.3.1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eu-mir-changelog-7-3-1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change log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Manufacturer Incident Report Form 7.3.1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eu-mir-form-7-3-1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reporting form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Manufacturer Incident Report Help Text 7.3.1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eu-mir-help-text-7-3-1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Manufacturer Incident Report XSD and XSL Package 7.3.1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eu-mir-xsd-xsl-7-3-1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machine schema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2019-11 Rev.1 — Qualification and Classification of Software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eu-mdcg-2019-11-r1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2019-16 Rev.1 — Guidance on Cybersecurity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eu-mdcg-2019-16-r1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2019-7 Rev.1 - Person Responsible for Regulatory Compliance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eu-mdcg-2019-7-rev1-prrc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2020-1 — Clinical Evaluation and Performance Evaluation of Medical Device Software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eu-mdcg-2020-1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2020-16 Rev.4 - Guidance on Classification Rules for IVDs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eu-mdcg-2020-16-rev4-ivd-classification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2020-3 Rev.1 - Significant Changes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eu-mdcg-2020-3-rev1-significant-changes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2020-7 - PMCF Plan Template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eu-mdcg-2020-7-pmcf-plan-template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 template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2020-8 - PMCF Evaluation Report Template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eu-mdcg-2020-8-pmcf-evaluation-template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 template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2021-19 — Integration of the UDI Within an Organisation's QMS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eu-mdcg-2021-19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2021-24 Rev.1 — Guidance on Classification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eu-mdcg-2021-24-r1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2021-25 Rev.1 - Legacy Device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eu-mdcg-2021-25-rev1-legacy-devices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2021-5 Rev.1 - Guidance on Standardisation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eu-mdcg-2021-5-rev1-standardisation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2022-12 - IVDR Administrative Practices and Alternatives until EUDAMED Is Fully Functional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eu-mdcg-2022-12-ivdr-eudamed-alternatives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2022-15 - Appropriate Surveillance under IVDR Transitional Provisions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eu-mdcg-2022-15-ivdr-transition-surveillance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2022-19 - Performance Study Application/Notification Documents under the IVDR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eu-mdcg-2022-19-ivd-study-application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 template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2022-2 - General Principles of Clinical Evidence for IVDs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eu-mdcg-2022-2-ivd-clinical-evidence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2022-20 - Substantial Modification of Performance Studies under the IVDR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eu-mdcg-2022-20-ivd-study-modification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 template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2022-21 - Periodic Safety Update Report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eu-mdcg-2022-21-psur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2022-3 Rev.1 - Verification of Manufactured Class D IVDs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eu-mdcg-2022-3-rev1-class-d-verification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2022-4 Rev.2 - Appropriate Surveillance under MDR Transitional Provisions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eu-mdcg-2022-4-rev2-qms-transition-surveillance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2022-6 - Significant Changes under IVDR Article 110(3)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eu-mdcg-2022-6-ivdr-significant-changes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2022-8 - Application of IVDR Requirements to Legacy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eu-mdcg-2022-8-ivdr-legacy-devices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2022-9 Rev.1 - Summary of Safety and Performance Template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eu-mdcg-2022-9-rev1-ssp-template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 template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2023-1 - Health Institution Exemption under Article 5(5)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eu-mdcg-2023-1-health-institution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2023-3 Rev.2 - Vigilance Questions and Answers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eu-mdcg-2023-3-rev2-vigilance-qa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2023-4 — Medical Device Software and Hardware Combinations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eu-mdcg-2023-4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2024-11 - Guidance on Qualification of In Vitro Diagnostic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eu-mdcg-2024-11-ivd-qualification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2024-4 - Safety Reporting in Performance Studies of IVDs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eu-mdcg-2024-4-ivd-study-safety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2025-10 — Guidance on Post-Market Surveillance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eu-mdcg-2025-10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2025-4 — Medical Device Software Apps on Online Platforms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eu-mdcg-2025-4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2025-5 - Guidance on Performance Studies for In Vitro Diagnostic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eu-mdcg-2025-5-ivd-performance-studies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2025-6 — FAQ on MDR/IVDR and Artificial Intelligence Act Interplay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eu-mdcg-2025-6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2026-4 - Management of SS(C)P in EUDAMED after Mandatory Use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eu-mdcg-2026-4-sscp-eudamed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position paper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2026-5 - Guidance on UDI Assignment Responsibility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eu-mdcg-2026-5-udi-assignment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mdcg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MDCG Endorsed Documents and Other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eu-mdcg-guidance-index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MDCG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MDR Corrigendum C1 - OJ May 3, 2019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eu-mdr-corrigendum-c1-2019-05-03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authentic corrigendum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MDR Corrigendum C2 - OJ December 27, 2019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eu-mdr-corrigendum-c2-2019-12-27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authentic corrigendum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Questions and Answers on Article 10a MDR and IVDR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eu-article-10a-qa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duty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2017/745 — Medical Devices Regulation, consolidated 2026-01-01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eu-mdr-consolidated-2026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consolidated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acts consolidation non authentic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2017/745 — Original Official Journal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eu-mdr-original-oj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2017/746 — IVDR, consolidated 2025-01-10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eu-ivdr-consolidated-2025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consolidated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acts consolidation non authentic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2017/746 — Original Official Journal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eu-ivdr-original-oj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2020/561 amending Regulation (EU) 2017/745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eu-mdr-amendment-2020-561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2022/112 amending Regulation (EU) 2017/746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eu-ivdr-amendment-2022-112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2023/607 amending MDR and IVDR transitional provisions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eu-mdr-ivdr-amendment-2023-607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2024/1860 amending MDR and IVDR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eu-mdr-ivdr-amendment-2024-1860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2024/568 amending Regulations (EU) 2017/745 and 2017/746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eu-mdr-ivdr-amendment-2024-568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2025/2457 amending Regulation (EU) 2017/745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eu-mdr-amendment-2025-2457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authentic oj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Commission Implementing Regulation (EU) 2024/2690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eu-nis2-implementing-reg-2024-2690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 / EUR-Lex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implementing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Council of the EU - EU sanctions against Belarus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belarus-eu-sanctions-monitor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Council of the 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sanctions program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eu sanctions policy and legal acts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Council of the EU - EU sanctions against Russia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russia-eu-sanctions-monitor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Council of the 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sanctions program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eu sanctions policy and legal acts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Cyber Resilience Act - Reporting obligations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eu-cra-reporting-obligations-2026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Commission, Directorate-General for Communications Networks, Content and Technology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implementation and reporting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operational guidance for 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Directive (EU) 2016/2102 — Web Accessibility Directive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eu-web-accessibility-2016-2102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directive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directive requires national transposition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Directive (EU) 2019/882 — European Accessibility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eu-eaa-2019-882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directive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directive requires national transposition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Directive (EU) 2022/2555 — NIS2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eu-nis2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directive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directive requires national transposition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Directive (EU) 2024/2853 — Product Liability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eu-product-liability-2024-2853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directive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directive requires national transposition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Directive 2002/58/EC - Privacy and Electronic Communications - consolidated 19 December 2009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eu-eprivacy-directive-2002-58-consolidated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directive consolidated documentation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directive through member state transposition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EN 301 549 V3.2.1 — Accessibility Requirements for ICT Products and Services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etsi-en-301-549-v3-2-1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ETSI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publicly available harmonised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presumption or procurement effect when cited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EU Sanctions Map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saas-xb-eu-sanctions-map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dynamic official sanctions discovery map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information tool not legal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Implementing Decision (EU) 2018/2048 — Harmonised Standard for Web and Mobile Accessibility, consolidated 2021-08-12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eu-en301549-citation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decision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2016/679 — General Data Protection Regulation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eu-gdpr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2019/881 — Cybersecurity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eu-cybersecurity-act-2019-881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2023/2854 — Data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eu-data-act-2023-2854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2024/1689 — Artificial Intelligence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eu-ai-act-2024-1689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 with staged application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2024/2847 — Cyber Resilience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eu-cra-2024-2847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 with staged application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2025/327 — European Health Data Space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eu-ehds-2025-327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 with staged application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2026/1744 amending the Artificial Intelligence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eu-ai-act-amendment-2026-1744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eu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(EU) 910/2014 — eIDAS, consolidated 2024-10-18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eu-eidas-consolidated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consolidated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acts consolidation non authentic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EEA_EFTA - EEA EFTA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AAB7C5" w:space="0"/>
          <w:left w:val="single" w:sz="6" w:color="AAB7C5" w:space="0"/>
          <w:bottom w:val="single" w:sz="6" w:color="AAB7C5" w:space="0"/>
          <w:right w:val="single" w:sz="6" w:color="AAB7C5" w:space="0"/>
          <w:insideH w:val="single" w:sz="6" w:color="AAB7C5" w:space="0"/>
          <w:insideV w:val="single" w:sz="6" w:color="AAB7C5" w:space="0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 w:val="clear"/>
          </w:tcPr>
          <w:p>
            <w:pPr>
              <w:pStyle w:val="RegisterNote"/>
            </w:pPr>
            <w:r>
              <w:rPr>
                <w:rFonts w:ascii="Calibri" w:hAnsi="Calibri"/>
                <w:b w:val="0"/>
                <w:color w:val="0B2545"/>
                <w:sz w:val="20"/>
              </w:rPr>
              <w:t>EU acts apply in EEA EFTA markets only after applicable EEA incorporation and national implementation or adaptation review.</w:t>
            </w:r>
          </w:p>
        </w:tc>
      </w:tr>
    </w:tbl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EEA incorporation + national overlay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EEA Agreement Annex II, Chapter XXX -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eea-annex-ii-chapter-xxx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Free Trade Association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updated eea agreement annex information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information copy not authentic publication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EFTA EEA-Lex Factsheet - IVDR 32017R0746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eea-efta-ivdr-status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Free Trade Association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eea incorporation status metadata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eea lex information record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EFTA EEA-Lex Factsheet - MDR 32017R0745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eea-efta-mdr-status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Free Trade Association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eea incorporation status metadata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eea lex information record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EFTA EEA-Lex Factsheet — EU Data Act 32023R2854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efta-data-act-status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Free Trade Association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eea incorporation status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eea incorporation status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EFTA EEA-Lex Factsheet — European Accessibility Act 32019L0882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efta-eaa-status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Free Trade Association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eea incorporation status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eea incorporation status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EFTA EEA-Lex Factsheet — NIS2 32022L2555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efta-nis2-status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European Free Trade Association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eea incorporation status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eea incorporation status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EAEU - Eurasian Economic Union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AAB7C5" w:space="0"/>
          <w:left w:val="single" w:sz="6" w:color="AAB7C5" w:space="0"/>
          <w:bottom w:val="single" w:sz="6" w:color="AAB7C5" w:space="0"/>
          <w:right w:val="single" w:sz="6" w:color="AAB7C5" w:space="0"/>
          <w:insideH w:val="single" w:sz="6" w:color="AAB7C5" w:space="0"/>
          <w:insideV w:val="single" w:sz="6" w:color="AAB7C5" w:space="0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 w:val="clear"/>
          </w:tcPr>
          <w:p>
            <w:pPr>
              <w:pStyle w:val="RegisterNote"/>
            </w:pPr>
            <w:r>
              <w:rPr>
                <w:rFonts w:ascii="Calibri" w:hAnsi="Calibri"/>
                <w:b w:val="0"/>
                <w:color w:val="0B2545"/>
                <w:sz w:val="20"/>
              </w:rPr>
              <w:t>Common EAEU acts must be reconciled with national routes, transitions, enforcement, languages, and operational requirements.</w:t>
            </w:r>
          </w:p>
        </w:tc>
      </w:tr>
    </w:tbl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EAEU acts - national implementation review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Agreement on Common Principles and Rules for Circulation of Medical Devices within the Eurasian Economic Union of 23 December 2014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eaeu-medical-device-circulation-agreement-2014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Eurasian Economic Union member states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international agreement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eaeu agreement original publication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EEC - Acts in the sphere of circulation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eaeu-medical-device-common-acts-index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Eurasian Economic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binding acts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for binding eaeu acts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EEC Board Decision No. 173 of 22 December 2015 - Medical-device risk classification rules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eaeu-decision-173-classification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Board of the Eurasian Economic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board decision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eaeu board decision original publication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EEC Board Decision No. 174 of 22 December 2015 - Rules for monitoring the safety, quality and effectiveness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eaeu-decision-174-monitoring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Board of the Eurasian Economic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board decision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eaeu board decision original publication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EEC Council Decision No. 106 of 10 November 2017 - Medical-device QMS implementation, maintenance and assessment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eaeu-decision-106-qms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Council of the Eurasian Economic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council decision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eaeu council decision original publication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EEC Council Decision No. 27 of 12 February 2016 - General safety and performance, labeling and operating-document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eaeu-decision-27-general-safety-performance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Council of the Eurasian Economic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council decision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eaeu council decision original publication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EEC Council Decision No. 46 of 12 February 2016 - Rules for registration and examination of safety, quality and effectiveness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eaeu-decision-46-registration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Council of the Eurasian Economic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council decision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eaeu council decision original publication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r>
        <w:br w:type="page"/>
      </w:r>
    </w:p>
    <w:p>
      <w:pPr>
        <w:pStyle w:val="Heading1"/>
      </w:pPr>
      <w:r>
        <w:t>Country-specific source register</w:t>
      </w:r>
    </w:p>
    <w:p>
      <w:pPr/>
      <w:r>
        <w:t>Only jurisdictions with at least one country-specific catalog record appear in this section. All other jurisdictions remain listed in the 250-entry status register and are blocked for source discovery.</w:t>
      </w:r>
    </w:p>
    <w:p>
      <w:pPr>
        <w:pStyle w:val="Heading2"/>
      </w:pPr>
      <w:r>
        <w:t>AF - Afghanistan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Deputyship Responsibilities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global-asia3-af-regulatory-responsibilities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Afghanistan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mandate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institutional description not independently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on Medicine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global-asia3-af-afda-law-index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Afghanistan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law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independently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on Prevention of Smuggling of Foodstuffs, Medicines, and Health Products published in Official Gazette No. 1472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global-asia3-af-anti-smuggling-law-1472-notice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 of Afghanistan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ministry gazette publication notice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notice of binding law not full controlling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Official Gazette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global-asia3-af-official-gazette-index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 of Afghanistan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gazette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publication index not independently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Pre-market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global-asia3-af-pre-market-device-registration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Afghanistan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program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operational description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AL - Albania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AKBPM - Legislation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albania-device-legislation-monitor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Albanian National Agency for Medicines and Medical Devices (AKBPM)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21/2020 amending Law No. 89/2014 on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albania-medical-devices-amendment-21-2020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Albanian National Agency for Medicines and Medical Devices (AKBPM)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statute regulator hosted official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amending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89/2014 on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albania-medical-devices-law-89-2014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Albanian National Agency for Medicines and Medical Devices (AKBPM)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regulator hosted official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original publication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Order No. 360 of 25 July 2016 on medical-device registration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albania-device-registration-order-360-2016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AKBPM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order regulator hosted official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implementing order original publication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Order No. 734 of 14 November 2019 amending Order No. 360/2016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albania-device-registration-order-734-2019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AKBPM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ministerial order regulator hosted official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amending order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DZ - Algeria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ANPP Notes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algeria-anpp-device-operational-notes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for Pharmaceutical Products (ANPP)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notices index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 not complete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Executive Decree No. 20-324 of 22 November 2020 on Medical-Device Approval (Official Journal No. 69)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algeria-decree-20-324-medical-devices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People's Democratic Republic of Algeria / Official Journal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executive decree official gazette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 as amended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Executive Decree No. 23-101 of 7 March 2023 Amending Decree No. 20-324 (Official Journal No. 15)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algeria-decree-23-101-amending-20-324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People's Democratic Republic of Algeria / Official Journal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decree official gazette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amending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 to Good Distribution and Storage Practices for Pharmaceutical Products and Medical Devices for Human Use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algeria-anpp-device-distribution-storage-guide-2026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for Pharmaceutical Products (ANPP)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distribution storage guideline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unless incorporated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18-11 of 2 July 2018 Relating to Health (Official Journal No. 46)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algeria-health-law-18-11-2018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People's Democratic Republic of Algeria / Official Journal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gazette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subject to later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Ministerial Order of 10 May 2021 Establishing the Medical-Device Approval Application Dossier (Official Journal No. 55)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algeria-order-10-may-2021-device-approval-dossier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Pharmaceutical Industry / Official Journal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order official gazette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implementing order subject to later change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Regulatory Texts -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algeria-anpp-medical-device-legal-texts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for Pharmaceutical Products (ANPP)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device legal instruments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AR - Argentina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Alertas de productos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argentina-anmat-device-alerts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safety alert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postmarket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2096/2022 - renovacion de certificados de buenas practicas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argentina-disposicion-2096-2022-gmp-renewal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original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2198/2022 - Productos para diagnostico de uso in vitro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argentina-disposicion-2198-2022-ivd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original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236/2026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argentina-disposicion-236-2026-low-risk-imported-devices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official record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3266/2013 - Buenas Practicas de Fabricacion de Productos Medicos y Productos para Diagnostico de Uso In Vitro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argentina-disposicion-3266-2013-gmp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 / 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3433/2004 - habilitacion de establecimientos de productos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argentina-disposicion-3433-2004-establishment-authorization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original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64/2025 - Reglamento Tecnico Mercosur para Registro de Productos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argentina-disposicion-64-2025-medical-devices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7425/2013 - certificacion de buenas practicas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argentina-disposicion-7425-2013-gmp-certification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updated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8194/2023 - Sistema Nacional de 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argentina-disposicion-8194-2023-technovigilance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original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8799/2025 - establecimientos de productos medicos de bajo riesgo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argentina-disposicion-8799-2025-low-risk-establishments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original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Disposicion ANMAT 9688/2019 - solicitudes de productos medicos - texto actualizado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argentina-disposicion-9688-2019-device-registration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updated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Productos medicos - ANMAT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argentina-anmat-products-medical-hub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ANMAT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Digital Signature Law No. 25,506 -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saas-ar-digital-signature-law-25506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Congress / National Legal Information System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26,653 on Accessibility of Information on Web Pages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saas-ar-web-accessibility-law-26653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Congress / National Office of Information Technologies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scope limited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Data Protection Law No. 25,326 -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saas-ar-personal-data-law-25326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Congress / Ministry of Justice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AM - Armenia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EAEU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Decision No. 429-N establishing the procedure for importing medical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armenia-device-import-decision-429-n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Armenia / ARLIS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decision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import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amending the Law on Medical Care and Services to the Population, 2024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armenia-medical-care-services-amendment-2024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Armenian Legal Information System (ARLIS)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statute official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amending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the Republic of Armenia on Medical Care and Services to the Population - Chapter 10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armenia-medical-care-services-law-device-chapter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Armenian Legal Information System (ARLIS)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current consolidation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Minister of Health Order No. 137-N on unregistered medical products imported for state needs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armenia-unregistered-state-needs-order-137-n-future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Armenia / ARLIS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enacted ministerial order official publication future effect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order with future effective date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Pharm.am - Import of medical devices and transitional arrangements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armenia-unregistered-device-transition-2027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Scientific Centre of Drug and Medical Technology Expertise (Pharm.am)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import and transition operations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 on statutory transition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Pharm.am - Scientific and legal basis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armenia-device-legal-basis-monitor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Scientific Centre of Drug and Medical Technology Expertise (Pharm.am)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legal basis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AU - Australia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Named baseline - legal review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Manufacturer Evidence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australia-tga-manufacturer-evidence-medical-devices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Therapeutic Goods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duty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Procedure for Recalls, Product Alerts and Product Corrections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australia-tga-prac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Therapeutic Goods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recall procedure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Reporting Adverse Events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australia-tga-adverse-event-reporting-medical-devices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Therapeutic Goods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reporting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duty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TGA Medical Device Manufacturing Hub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australia-tga-manufacturing-hub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TGA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TGA Medical Device Single Audit Program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australia-tga-mdsap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TGA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TGA Quality Management System Audits and Certification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australia-tga-qms-audit-certification-guidance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Therapeutic Goods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Therapeutic Goods (Medical Devices) Regulations 2002 - Compilation 71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australia-medical-device-regulations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Australian Government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Therapeutic Goods (Medical Devices) Regulations 2002 - Latest Downloads Monitor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australia-medical-device-regulations-latest-downloads-monitor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Australian Government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version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page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Therapeutic Goods Act 1989 - Compilation 89, Volume 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australia-therapeutic-goods-act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Australian Parliament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Therapeutic Goods Act 1989 - Compilation 89, Volume 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australia-therapeutic-goods-act-volume-2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Australian Parliament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Therapeutic Goods Act 1989 - Latest Downloads Monitor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australia-therapeutic-goods-act-latest-downloads-monitor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Australian Parliament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version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page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Understanding Your Post-market Responsibilities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australia-tga-post-market-responsibilities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Therapeutic Goods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duty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Transactions Act 1999 - latest compilation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australia-electronic-transactions-act-1999-current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Australian Parliament / Federal Register of Legislation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latest compilation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commonwealth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Privacy Act 1988 — latest compilation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australia-privacy-act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Australian Parliament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AZ - Azerbaijan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AEM -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azerbaijan-medical-devices-monitor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Analytical Expertise Center of the Ministry of Health (AEM)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medical devices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AEM - Medical-device registration legislation and dossier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azerbaijan-device-registration-operational-requirements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Analytical Expertise Center of the Ministry of Health (AEM)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registration requirements translation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noncontrolling operational translation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Decision No. 345 of 18 July 2024 on registration and the state register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azerbaijan-device-registration-decision-345-2024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Cabinet of Ministers of Azerbaijan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cabinet decision official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registration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Resolution No. 460 - Regulation on Recall of Medicinal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azerbaijan-recall-regulation-460-limited-devices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Cabinet of Ministers of Azerbaijan / AEM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cabinet resolution official regulator translation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noncontrolling translation of 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Resolution No. 503 of 25 December 2019 - Pharmacovigilance Regulation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azerbaijan-pharmacovigilance-regulation-503-limited-devices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Cabinet of Ministers of Azerbaijan / AEM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cabinet resolution official regulator translation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noncontrolling translation of 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the Republic of Azerbaijan on Medicinal Products - medical-device provisions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azerbaijan-medicinal-products-law-medical-devices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 of Azerbaijan / e-Qanun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legal database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current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BH - Bahrain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Importation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bahrain-device-importation-page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Health Regulatory Authority / Medical Devices Regulation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importation requirements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bahrain-device-reporting-page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Health Regulatory Authority / Medical Devices Regulation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vigilance reporting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Labeling Guideline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bahrain-medical-device-labeling-guideline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Health Regulatory Authority / Medical Devices Regulation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labeling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Registration Guideline, Version 6.0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bahrain-registration-guideline-v6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Health Regulatory Authority / Medical Devices Regulation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Regulation - Laws and Resolutions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bahrain-nhra-mdr-laws-index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Health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laws and resolutions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Resolution No. 48 of 2020 on Medical Devices and Products Quality Control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bahrain-resolution-48-2020-medical-devices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Health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resolution official regulator pdf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resolution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Resolution No. 69 of 2024 Amending Resolution No. 48 of 2020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bahrain-resolution-69-2024-amendment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Health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resolution official regulator pdf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amending resolution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BD - Bangladesh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DGDA Policies and Guidelines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global-apac2-bd-dgda-policies-monitor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Directorate General of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policy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DGDA Registered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global-apac2-bd-registered-devices-monitor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Directorate General of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market register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register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Drugs and Cosmetics Act, 2023 - Act No. 29 of 2023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global-apac2-bd-drugs-cosmetics-act-2023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of Bangladesh / Ministry of Law, Justice and Parliamentary Affairs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act official legal database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act bengali controlling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 on the Regulation of Artificial Intelligence and Medical Robotics in Healthcare, Bangladesh - approval notice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global-apac2-bd-ai-medical-robotics-guideline-2026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Directorate General of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approved guideline notice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approved guidance not binding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Registration Guidelines for Medical Devices Bangladesh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global-apac2-bd-medical-device-registration-guideline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Directorate General of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nonbinding operational guideline landing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guidance landing with legacy legal citations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BY - Belarus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EAEU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Council of Ministers Resolution No. 211 of 28 April 2026 on state registration and re-registration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belarus-device-registration-resolution-211-2026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Legal Internet Portal of the Republic of Belarus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resolution official legal portal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registration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the Republic of Belarus No. 2435-XII of 18 June 1993 on Healthcare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belarus-health-law-2435-xii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Legal Internet Portal of the Republic of Belarus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legal portal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current consolidation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RCETH - Functions and tasks of the Medical Equipment Directorate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belarus-device-regulator-functions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Center for Examinations and Tests in Health Service (RCETH)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authority and operations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information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RCETH - Monitoring the quality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belarus-device-quality-monitoring-operations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Center for Examinations and Tests in Health Service (RCETH)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device quality monitoring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RCETH - Registration and re-registration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belarus-device-registration-documents-monitor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Center for Examinations and Tests in Health Service (RCETH)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registration documents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RCETH - Safety and quality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belarus-device-safety-quality-monitor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Center for Examinations and Tests in Health Service (RCETH)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device safety quality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BT - Bhutan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Bhutan Medicines Rules and Regulation 2019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global-asia3-bt-medicines-rules-2019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Bhutan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regulator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rules subject to current scope confirmation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 for Registration of Medical Devices 2022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global-asia3-bt-device-registration-guideline-2022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Bhutan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device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guidance not primary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Product Division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global-asia3-bt-medical-product-division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Bhutan Food and Drug Authority, Medical Product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program portal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source not independently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Product Division FAQs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global-asia3-bt-mpd-faq-current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Bhutan Food and Drug Authority, Medical Product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faq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Act of the Kingdom of Bhutan 2003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global-asia3-bt-medicines-act-2003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Bhutan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regulator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act official english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Zero Draft: Guideline for Post-Market and Market Surveillance of Medical Devices and Management of Adverse Events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global-asia3-bt-device-vigilance-draft-2026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Bhutan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public consultation draft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zero draft not for implementation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BO - Bolivia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Circular MSyD/AGEMED/CR/05/2023 - Reporte de Lotes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bolivia-agemed-circular-05-2023-lot-reporting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Estatal de Medicamentos y Tecnologias en Salud (AGEMED)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regulator circular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administrative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Listado oficial diario de registros sanitarios aprobados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bolivia-agemed-authorized-products-register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Estatal de Medicamentos y Tecnologias en Salud (AGEMED)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registration database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market authorization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Manual para Registro Sanitario de Dispositivos Medicos - Resolucion Ministerial 00113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bolivia-agemed-device-registration-manual-rm-00113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Estatal de Medicamentos y Tecnologias en Salud (AGEMED)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regulator manual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baseline subject to currency confirmation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Vigilancia y Control - AGEMED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bolivia-agemed-vigilance-and-control-monitor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Estatal de Medicamentos y Tecnologias en Salud (AGEMED)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safety alert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postmarket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BA - Bosnia &amp; Herzegovina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9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ALMBIH - Downloads and legislation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bosnia-device-legislation-monitor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Medicinal Products and Medical Devices of Bosnia and Herzegovina (ALMBIH)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ALMBIH instruction on recognition of IVDD EC certificates during transition to IVDR, 6 February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bosnia-ivdr-legacy-certificate-recognition-guidance-2025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Medicinal Products and Medical Devices of Bosnia and Herzegovina (ALMBIH)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transition guidance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national recognition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ALMBIH instruction on recognition of MDD/AIMDD EC certificates during transition to MDR, 6 February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bosnia-mdr-legacy-certificate-recognition-guidance-2025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Medicinal Products and Medical Devices of Bosnia and Herzegovina (ALMBIH)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transition guidance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national recognition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on Medicines and Medical Devices of Bosnia and Herzegovina, Official Gazette 58/08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bosnia-medical-products-devices-law-58-2008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Medicinal Products and Medical Devices of Bosnia and Herzegovina (ALMBIH)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regulator hosted official gazette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statute original publication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Rulebook amending the Rulebook on Medical Devices, Official Gazette 21/22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bosnia-medical-devices-rulebook-amendment-21-2022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Medicinal Products and Medical Devices of Bosnia and Herzegovina (ALMBIH)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rulebook regulator hosted official gazette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amending rulebook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Rulebook on Good Distribution Practice for Medical Devices, Official Gazette 75/18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bosnia-device-gdp-rulebook-75-2018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Medicinal Products and Medical Devices of Bosnia and Herzegovina (ALMBIH)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rulebook regulator hosted official gazette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rulebook original publication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Rulebook on Manufacture and Wholesale of Medical Devices, Official Gazette 71/12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bosnia-device-manufacture-wholesale-rulebook-71-2012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Medicinal Products and Medical Devices of Bosnia and Herzegovina (ALMBIH)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rulebook regulator hosted official gazette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rulebook original publication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Rulebook on Medical Devices, Official Gazette 4/10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bosnia-medical-devices-rulebook-4-2010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Medicinal Products and Medical Devices of Bosnia and Herzegovina (ALMBIH)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rulebook regulator hosted official gazette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rulebook original publication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Rulebook on Monitoring Adverse Events Related to Medical Devices, Official Gazette 58/12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bosnia-materiovigilance-rulebook-58-2012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Medicinal Products and Medical Devices of Bosnia and Herzegovina (ALMBIH)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rulebook regulator hosted official gazette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rulebook original publication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BW - Botswana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 for Application for Registration of Medical Devices, Issue 3.0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botswana-device-registration-guideline-issue3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Botswana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 for Labelling of Medical Devices Including IVDs, Issue 1.0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botswana-device-labeling-guideline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Botswana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labeling guideline landing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on Good Distribution Practices for Medical Devices, Issue 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botswana-device-good-distribution-guideline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Botswana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good distribution guideline landing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Adverse Event Reporting Form for Healthcare Professionals and Users, Issue 1.1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botswana-device-adverse-event-form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Botswana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device adverse event form landing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form not complete vigilance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Regulatory Update,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botswana-medical-device-regulatory-update-2026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Botswana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transition communication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communication not 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and Related Substances Act, 2013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botswana-medicines-related-substances-act-2013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Botswana Medicines Regulatory Authority / Republic of Botswana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regulator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pending confirmation of successor commencement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and Related Substances Act,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botswana-medicines-related-substances-act-2025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Botswana Medicines Regulatory Authority / Republic of Botswana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enacted statute official regulator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enacted awaiting or unverified commencement not active by assumption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BR - Brazil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Named baseline - legal review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Medical Product MDSAP Legislation Hub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brazil-anvisa-mdsap-legislation-hub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regulatory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Normative Instruction IN 426/2026 — SIUD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brazil-in-426-2026-siud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normative instruction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RDC 591/2021 — Unique Device Identification, current Portuguese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brazil-rdc-591-2021-udi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RDC 665/2022 — Good Manufacturing Practices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brazil-rdc-665-2022-explanation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rule material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resolution and explanatory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RDC 665/2022 — Official English Translation, full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brazil-rdc-665-2022-en-full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translation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RDC 687/2022 — Commented Official Publication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brazil-rdc-687-2022-commented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and regulator commentary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resolution with nonbinding commentary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RDC 751/2022 — Official English Translation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brazil-rdc-751-2022-en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translation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RDC 830/2023 — Official English Translation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brazil-rdc-830-2023-en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translation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SIUD User Manual — current release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brazil-siud-manual-2026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system manual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ANVISA — Device types with SIUD transmission suspended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brazil-siud-suspended-device-types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dynamic binding implementing list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 dynamic list with binding effect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RDC 551/2021 - Field Actions (Portuguese Official Gazette)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brazil-rdc-551-2021-field-action-portuguese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 and Imprensa Nacional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official gazette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RDC 557/2021 - Technovigilance (Portuguese Controlling Text)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brazil-rdc-557-2021-technovigilance-portuguese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authentic language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RDC 67/2009 - Technovigilance (Portuguese Controlling Text)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brazil-rdc-67-2009-technovigilance-portuguese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ANVISA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authentic language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ANPD Resolution 15/2024 — Security Incident Reporting Regulation, official English version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brazil-anpd-res15-2024-security-incident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ANPD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official english version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ANPD Resolution 19/2024 — International Data Transfer Regulation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brazil-anpd-res19-2024-international-transfer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ANPD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Brazil LGPD — Law 13.709/2018, official English version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brazil-lgpd-official-english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ANPD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official english version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Lei 13.709/2018 — LGPD, current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brazil-lgpd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Presidency of Brazil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BN - Brunei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2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Index to the Laws of Brunei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global-apac2-bn-agc-laws-index-device-gap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Attorney General's Chambers, Brunei Darussalam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government legal discovery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only not device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Ministry of Health Departments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global-apac2-bn-moh-departments-device-gap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Brunei Darussalam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ministry authority discovery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only not device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KH - Cambodia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Cambodia Pharmaceutical Online Registration System - About Us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global-apac2-kh-campors-about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Department of Drugs and Food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portal description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portal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CamPORS Medical Device Application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global-apac2-kh-medical-device-application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Department of Drugs and Food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 landing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guidance landing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CamPORS Post Attachments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global-apac2-kh-campors-current-documents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Department of Drugs and Food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document discovery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Ministry of Health Sub-Decrees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global-apac2-kh-moh-subdecree-monitor-device-gap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Cambodia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ministry legal discovery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only not consolidated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CA - Canada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Named baseline - legal review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Food and Drugs Act — current full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canada-food-and-drugs-act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of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Foreign Risk Notification for Medical Devices - Submission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canada-medical-device-foreign-risk-notification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submission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duty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Guidance on Medical Device Establishment Licensing GUI-0016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canada-medical-device-establishment-licensing-gui-0016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duty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Health Canada Guidance on Medical Device Incident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canada-medical-device-incident-reporting-guidance-2021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Health Canada Guidance — Requirements for Recognition of MDSAP Auditing Organizations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canada-mdsap-recognition-guidance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Health Canada Handling Complaints about Medical Devices GUI-0065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canada-medical-device-complaint-handling-gui-0065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Health Canada Medical Device Problem Reporting for Industry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canada-industry-medical-device-problem-reporting-hub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Health Canada Medical Devices Guidance Documents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canada-device-guidance-index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Health Canada Medical Devices Recall Guide GUI-0054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canada-medical-device-recall-guide-gui-0054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Reports and Analyses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canada-medical-device-summary-reports-guidance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duty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Regulations — SOR/98-282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canada-medical-devices-regulations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Governor in Council / Health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Amending the Medical Devices Regulations (Establishment Licences) — SOR/2026-110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canada-sor-2026-110-mdel-amendment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Governor in Council / Canada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regulation official gazette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future effective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Information Protection and Electronic Documents Act — current full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canada-pipeda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of Canada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Secure Electronic Signature Regulations SOR/2005-30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canada-secure-electronic-signature-regulations-sor-2005-30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Canada, Department of Justice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current consolidated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federal regulation scope limited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CL - Chile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Alertas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chile-isp-device-alerts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Instituto de Salud Publica de Chile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safety alert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postmarket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Codigo Sanitario - Decreto con Fuerza de Ley 725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chile-codigo-sanitario-current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Biblioteca del Congreso Nacional de Chile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consolidated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825 de 1998 - Reglamento de control de productos y elementos de uso medico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chile-decreto-825-1998-medical-devices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Biblioteca del Congreso Nacional de Chile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Exento 25 de 2026 - products subject to sanitary control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chile-decreto-exento-25-2026-registration-expansion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Biblioteca del Congreso Nacional de Chile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decree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phased implementation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Exento 31 de 2026 - blood-bank IVD reagents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chile-decreto-exento-31-2026-ivd-blood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Biblioteca del Congreso Nacional de Chile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decree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future effective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Exento 47 de 2025 - agujas y jeringas hipodermicas esteriles de un solo uso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chile-decreto-exento-47-2025-needles-syringes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Biblioteca del Congreso Nacional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decree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future effective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Exento 5 de 2025 - reactivos inmunohematologicos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chile-decreto-exento-5-2025-immunohematology-ivd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Biblioteca del Congreso Nacional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decree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Exento 63 de 2022 - sistema de trazabilidad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chile-decreto-exento-63-2022-device-traceability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Biblioteca del Congreso Nacional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implementing decree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Normativa ANDIM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chile-isp-regulatory-monitor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Instituto de Salud Publica de Chile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monitor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Registro y autorizacion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chile-isp-device-registration-hub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Instituto de Salud Publica de Chile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Tecnovigilancia - ISP Chile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chile-isp-technovigilance-hub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Instituto de Salud Publica de Chile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19,628 on Protection of Private Life - current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saas-cl-personal-data-law-19628-current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Congress / Biblioteca del Congreso Nacional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until 2026 11 30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19,799 on Electronic Documents, Electronic Signatures and Certification Services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saas-cl-electronic-documents-signatures-19799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Congress / Biblioteca del Congreso Nacional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21,663, Cybersecurity Framework Law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saas-cl-cybersecurity-framework-21663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Congress / Biblioteca del Congreso Nacional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scope limited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21,719 modernizing Law No. 19,628 - version effective 1 December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saas-cl-personal-data-reform-21719-future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Congress / Biblioteca del Congreso Nacional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future version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enacted future effective 2026 12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CN - China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Administrative Measures for Medical Device Recalls - CFDA Decree No. 29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global-apac-cn-recall-decree-29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China Food and Drug Administration / NMPA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departmental rule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Measures for the Administration of Medical Device Adverse Event Monitoring and Re-evaluation - Decree No. 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global-apac-cn-adverse-event-decree-1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Administration for Market Regulation / National Health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departmental rule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Measures for the Administration of Medical Device Registration and Filing - SAMR Decree No. 47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global-apac-cn-device-registration-decree-47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Administration for Market Regulation / NMPA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departmental rule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Measures for the Administration of Registration and Filing of In Vitro Diagnostic Reagents - SAMR Decree No. 48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global-apac-cn-ivd-registration-decree-48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Administration for Market Regulation / NMPA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departmental rule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Measures for the Supervision and Administration of Medical Device Production - SAMR Decree No. 53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global-apac-cn-manufacturing-decree-53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Administration for Market Regulation / NMPA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departmental rule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NMPA [2025] No. 107 revised Good Manufacturing Practice for Medical Devices — complete Chinese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global-apac-cn-medical-device-gmp-2025-fulltext-chinese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Medical Products Administration / State Council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future effective full text official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controlling chinese text future effective 2026-11-01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NMPA Announcement [2025] No. 107 — revised Good Manufacturing Practice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global-apac-cn-medical-device-gmp-2025-no-107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Medical Products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translation of binding announcement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 future effective 2026-11-01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NMPA Current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global-apac-cn-current-regulations-monitor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NMPA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and update monitor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NMPA interpretation — revision and release of the Good Manufacturing Practice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global-apac-cn-medical-device-gmp-2025-interpretation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Medical Products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policy interpretation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interpretation of future binding gmp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for the Supervision and Administration of Medical Devices - State Council Order No. 739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global-apac-cn-state-council-order-739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Council of the People's Republic of China / National Health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Rules for Unique Device Identification System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global-apac-cn-udi-rules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NMPA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implementation rule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Cybersecurity Law of the People's Republic of China - amended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saas-cn-cybersecurity-law-amended-2025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People's Congress Standing Committee / Cyberspace Administration of China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effective 2026 01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Signature Law of the People's Republic of China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saas-cn-electronic-signature-law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People's Congress Standing Committee / Cyberspace Administration of China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 with currency gap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amended 2019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Interim Measures for the Management of Generative Artificial Intelligence Services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saas-cn-generative-ai-interim-measures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Cyberspace Administration of China and co-issuing ministries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departmental measures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measures effective 2023 08 15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the People's Republic of China on Building an Accessible Environment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saas-cn-accessible-environment-law-2023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People's Congress Standing Committee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gazette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effective 2023 09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Information Protection Law of the People's Republic of China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saas-cn-personal-information-protection-law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People's Congress Standing Committee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on Network Data Security Management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saas-cn-network-data-security-regulation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Council / Cyberspace Administration of China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administrative regulation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 effective 2025 01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CO - Colombia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11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Alertas sanitarias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colombia-invima-device-alerts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INVIMA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safety alert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postmarket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3770 de 2004 - in vitro diagnostic reagents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colombia-decreto-3770-2004-ivd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la Proteccion Social / SUIN-Juriscol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4725 de 2005 - medical-device sanitary registrations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colombia-decreto-4725-2005-medical-devices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la Proteccion Social / SUIN-Juriscol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Dispositivos medicos y equipos biomedicos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colombia-invima-device-hub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INVIMA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Estandar semantico y codificacion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colombia-invima-udi-operations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INVIMA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implementation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2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Programa Nacional de 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colombia-invima-technovigilance-hub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INVIMA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1405 de 2022 - device semantic standard and coding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colombia-resolucion-1405-2022-udi-di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y Proteccion Social / INVIMA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4002 de 2007 - storage and conditioning capacity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colombia-resolucion-4002-2007-ccaa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la Proteccion Social / INVIMA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4816 de 2008 - Programa Nacional de 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colombia-resolucion-4816-2008-technovigilance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la Proteccion Social / INVIMA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527 of 1999 on Data Messages, Electronic Commerce and Digital Signatures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saas-co-electronic-commerce-signatures-law-527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/ SUIN-Juriscol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Statutory Law 1581 of 2012 - General Personal Data Protection Regime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saas-co-personal-data-law-1581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/ Departamento Administrativo de la Funcion 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CR - Costa Rica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9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Consulta publica - Ministerio de Salud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costa-rica-minsalud-public-consultations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monitor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Ejecutivo 39342-S - Reglamento al Sistema Nacional de 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costa-rica-decreto-39342-s-technovigilance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Poder Ejecutivo / Procuraduria General de la Republica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original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Ejecutivo 43902-S - RTCR 505:2022 Equipo y Material Biomedico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costa-rica-decreto-43902-s-rtcr-505-2022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Poder Ejecutivo / Procuraduria General de la Republica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Ley General de Salud 5395 - texto completo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costa-rica-ley-5395-general-health-current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Procuraduria General de la Republica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consolidated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Registro de Equipo y Material Biomedico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costa-rica-minsalud-device-registration-hub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costa-rica-minsalud-technovigilance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Executive Decree No. 37554-JP - Regulation to Law No. 8968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saas-cr-personal-data-regulation-37554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Executive Branch / Procuraduria General de la Republica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decree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8454 on Certificates, Digital Signatures and Electronic Documents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saas-cr-certificates-digital-signatures-law-8454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Legislative Assembly / Procuraduria General de la Republica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8968 on Protection of the Person regarding Processing of Personal Data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saas-cr-personal-data-law-8968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Legislative Assembly / Procuraduria General de la Republica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CI - Côte d’Ivoire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2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AIRP Online Services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cote-ivoire-airp-online-services-access-gap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Ivorian Pharmaceutical Regulatory Authority (AIRP)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online services locator unavailable at review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locator access blocked not legal authority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Legal Texts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cote-ivoire-airp-legal-texts-access-gap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Ivorian Pharmaceutical Regulatory Authority (AIRP)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texts index unavailable at review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locator not binding instrument access blocked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DO - Dominican Republic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Autorizacion y notificacion de publicidad y promocion de productos sanitarios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dominican-republic-digemaps-sanitary-products-advertising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Direccion General de Medicamentos, Alimentos y Productos Sanitarios (DIGEMAPS)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Ley General de Salud 42-01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dominican-republic-law-42-01-general-health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Congreso Nacional / Direccion General de Medicamentos, Alimentos y Productos Sanitarios (DIGEMAPS)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base law subject to amendment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Registro Sanitario de Productos Sanitarios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dominican-republic-digemaps-product-registration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Direccion General de Medicamentos, Alimentos y Productos Sanitarios (DIGEMAPS)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EC - Ecuador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ARCSA-004-01-10 - Emision de certificado de registro sanitario para dispositivos medicos por homologacion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ecuador-arcsa-device-homologation-procedure-2024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Nacional de Regulacion, Control y Vigilancia Sanitaria (ARCSA) / Registro Unico de Tramites y Regulaciones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procedure record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 not standalone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ARCSA-DE-003-2017-CFMR - Normativa Tecnica Sanitaria para el control y funcionamiento del Sistema Nacional de 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ecuador-arcsa-resolution-003-2017-technovigilance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Nacional de Regulacion, Control y Vigilancia Sanitaria (ARCSA)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subject to amendment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ARCSA-DE-026-2016-YMIH - Normativa Tecnica Sanitaria Sustitutiva para el registro sanitario y control de dispositivos medicos de uso humano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ecuador-arcsa-resolution-026-2016-device-regulation-current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Nacional de Regulacion, Control y Vigilancia Sanitaria (ARCSA)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current compilation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EG - Egypt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8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EDA - Egyptian Guideline for Medical Device Vigilance System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egypt-device-vigilance-guideline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Egyptian Drug Authority / Central Administration of Medical Devices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guideline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EDA - Laws and Executive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egypt-eda-laws-executive-regulations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Egyptian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for binding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EDA - Regulatory Guideline on Requirements for Unique Device Identification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egypt-device-udi-guideline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Egyptian Drug Authority / Central Administration of Medical Devices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udi guideline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EDA - Regulatory Guidelines for the Central Administration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egypt-device-guidelines-monitor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Egyptian Drug Authority / Central Administration of Medical Devices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guidelines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EDA EDREX GL.CAMD.002 v02/2025 - Registration of Imported and Local Medical Devices Holding International Quality Certificates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egypt-device-registration-qms-guideline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Egyptian Drug Authority / Central Administration of Medical Devices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guideline operational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Data Protection Officer Guidelines - Version 1.1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saas-eg-pdpc-dpo-guidelines-2026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Personal Data Protection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guidance version 1 1 2026 01 26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15 of 2004 Regulating Electronic Signature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saas-eg-electronic-signature-law-15-2004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Information Technology Industry Development Agency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english translation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 amendment chain required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Official confirmation of Law No. 151 of 2020 on Personal Data Protection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saas-eg-personal-data-law-151-2020-status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Information Service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government status notice not primary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confirmed primary text acquisition gap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SV - El Salvador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Reglamentos Tecnicos Salvadorenos - SRS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el-salvador-srs-device-regulations-hub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Superintendencia de Regulacion Sanitaria (SRS)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monitor and download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RTS 11.03.02:21 - Dispositivos medicos. Requisitos para la regulacion sanitaria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el-salvador-rts-11-03-02-21-device-regulation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Organismo Salvadoreno de Reglamentacion Tecnica (OSARTEC) / Superintendencia de Regulacion Sanitaria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technical 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technical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RTS 11.03.03:22 - Buenas practicas de manufactura de dispositivos medicos y su guia de verificacion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el-salvador-rts-11-03-03-22-device-gmp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Organismo Salvadoreno de Reglamentacion Tecnica (OSARTEC) / Superintendencia de Regulacion Sanitaria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technical 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technical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RTS 11.03.04:23 - Vigilancia postcomercializacion de dispositivos medicos. 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el-salvador-rts-11-03-04-23-technovigilance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Organismo Salvadoreno de Reglamentacion Tecnica (OSARTEC) / Superintendencia de Regulacion Sanitaria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technical regulation download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technical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ET - Ethiopia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Food and Medicine Administration Proclamation No. 1112/2019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ethiopia-proclamation-1112-2019-food-medicine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Ethiopian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regulator publication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General Guidelines for Medical Devices Marketing Authorization, Fourth Edition, 2021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ethiopia-general-device-marketing-authorization-2021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Ethiopian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medical device marketing authorization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 for Medical Devices Good Manufacturing Practice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ethiopia-medical-device-gmp-guideline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Ethiopian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medical device gmp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inspection expectations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In Vitro Diagnostic Medical Device Registration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ethiopia-ivd-registration-guideline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Ethiopian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ivd registration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Non-IVD Medical Device Registration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ethiopia-non-ivd-registration-guideline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Ethiopian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non ivd registration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Post-Marketing Surveillance Guideline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ethiopia-medical-device-post-market-surveillance-guideline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Ethiopian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medical device post market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Recall Guideline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ethiopia-medical-device-recall-guideline-page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Ethiopian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medical device recall publication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GE - Georgia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Resolution No. 334 of 4 October 2024 amending Resolution No. 386/2023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georgia-device-clinical-investigations-amendment-334-2024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Georgia / Legislative Herald of Georgia (Matsne)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government resolution official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amending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Resolution No. 386 of 4 October 2023 approving the Technical Regulation on Clinical Investigations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georgia-device-clinical-investigations-regulation-386-2023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Georgia / Legislative Herald of Georgia (Matsne)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resolution official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technical regulation original publication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Georgia on Health Care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georgia-health-care-law-medical-devices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Legislative Herald of Georgia (Matsne)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Product Safety and Free Movement Code of Georgia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georgia-product-safety-free-movement-code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Legislative Herald of Georgia (Matsne)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code official consolidated translation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code translation not controlling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GH - Ghana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 for Licensing of Premises for Manufacturing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ghana-device-manufacturer-premises-guideline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Drugs Authority Ghana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manufacturer licensing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Safety Monitoring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ghana-fda-safety-monitoring-guidelines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Drugs Authority Ghana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safety monitoring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guidance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the Registration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ghana-device-registration-guideline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Drugs Authority Ghana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Guidelines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ghana-fda-device-guidelines-index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Drugs Authority Ghana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device guidelines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Registration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ghana-fda-device-registration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Drugs Authority Ghana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requirements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Devices, Cosmetics and Household Chemical Substances - Regulatory Mandate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ghana-fda-medical-device-mandate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Drugs Authority Ghana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statutory mandate summary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summary not authentic consolidated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GT - Guatemala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90-97 - Codigo de Salud actualizado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guatemala-health-code-decree-90-97-current-copy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Congreso de la Republica / Ministerio de Salud Publica y Asistencia Social (MSPAS)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updated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base law as amended subject to currency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F-FV-c-04 Version 03-2025 - Boleta de Notificacion de 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guatemala-technovigilance-form-2025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Publica y Asistencia Social (MSPAS), Programa Nacional de Farmacovigilancia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reporting form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reporting channel not standalone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Norma Tecnica 37 Version 5-2016 - Inscripcion sanitaria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guatemala-nt-37-2016-device-registration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Publica y Asistencia Social (MSPAS), DRCPFA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technical norm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technical norm subject to currency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Norma Tecnica 40 - Inscripcion sanitaria de reactivos para diagnostico in vitro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guatemala-nt-40-ivd-registration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Publica y Asistencia Social (MSPAS), DRCPFA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technical norm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technical norm subject to currency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</w:tbl>
    <w:p>
      <w:pPr>
        <w:pStyle w:val="Heading2"/>
      </w:pPr>
      <w:r>
        <w:t>HN - Honduras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ARSA - Agencia de Regulacion Sanitaria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honduras-arsa-device-regulatory-monitor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de Regulacion Sanitaria (ARSA)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monitor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Centro Nacional de Tecnovigilancia - Tramites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honduras-arsa-technovigilance-procedures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de Regulacion Sanitaria (ARSA), Centro Nacional de Tecnovigilancia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reporting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Dispositivos Medicos - ARSA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honduras-arsa-current-device-procedures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Agencia de Regulacion Sanitaria (ARSA)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HK - Hong Kong SAR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9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GN-01: Overview of the Medical Device Administrative Control System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global-apac2-hk-mdacs-gn01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Health, Medical Device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nonbinding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mdacs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GN-02: Guidance Notes for Listing Class II/III/IV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global-apac2-hk-mdacs-gn02-general-devices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Health, Medical Device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nonbinding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mdacs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GN-04: Conformity Assessment Framework and Conformity Assessment Bodies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global-apac2-hk-mdacs-gn04-cab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Health, Medical Device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nonbinding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mdacs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GN-06: Guidance Notes for Listing Class B/C/D In Vitro Diagnostic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global-apac2-hk-mdacs-gn06-ivd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Health, Medical Device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nonbinding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mdacs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Information and Publication - Issued Documents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global-apac2-hk-mdacs-current-documents-monitor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Health, Medical Device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LCQ16: Marketing of medical and health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global-apac2-hk-2026-statutory-status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the Hong Kong Special Administrative Region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government current status statement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status statement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Administrative Control System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global-apac2-hk-mdacs-overview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Health, Medical Device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program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administrative scheme with procurement use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Division Frequently Asked Questions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global-apac2-hk-mdacs-faq-classification-vigilance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Health, Medical Device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mdacs guidance and current status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TR-005: Additional Medical Device Labelling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global-apac2-hk-mdacs-tr005-labeling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Health, Medical Device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nonbinding technical reference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mdacs technical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IS - Iceland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EEA incorporation + national overlay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EEA_EFTA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Act No. 132/2020 on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iceland-medical-devices-act-132-2020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Alþingi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Icelandic Medicines Agency - Laws and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iceland-device-laws-monitor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Icelandic Medicines Agency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Icelandic Medicines Agency - Use and vigilance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iceland-vigilance-registration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Icelandic Medicines Agency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and registration guidance potentially stale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not authoritative for current clocks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IN - India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11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CDSCO - Medical Device and Diagnostics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global-apac-in-device-diagnostics-regulatory-monitor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CDSCO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and designation lists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CDSCO - Medical Devices Rules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global-apac-in-medical-device-rules-amendment-monitor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CDSCO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binding amendment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Guidance Document for Materiovigilance Programme of India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global-apac-in-materiovigilance-guidance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CDSCO / Materiovigilance Programme of India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vigilance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operational guidance implementing binding duties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(Amendment) Rules 2023 — G.S.R. 409(E)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global-apac-in-mdr-amendment-gsr-409e-2023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Family Welfare / CDSCO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gazette amendment official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Rules, 2017 - official CDSCO-hosted compilation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global-apac-in-medical-devices-rules-2017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Family Welfare / CDSCO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rules official compilation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rules subject to amendments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Acts, Rules and notified accessibility standards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saas-in-disability-accessibility-laws-index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Empowerment of Persons with Disabilities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primary law and standards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index not single legal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CERT-In Directions relating to information security practices, incident reporting and records - 28 April 2022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saas-in-cert-in-directions-2022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Indian Computer Emergency Response Team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cybersecurity directions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directions under it act section 70b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Digital Personal Data Protection Act, 2023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saas-in-digital-personal-data-protection-act-2023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Ministry of Electronics and Information Technology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enacted partially commenced core future effective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Digital Personal Data Protection Rules,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saas-in-dpdp-rules-2025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Electronics and Information Technology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rules official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notified with phased commencement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empty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Information Technology Act, 2000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saas-in-information-technology-act-2000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Ministry of Electronics and Information Technology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compilation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compilation currency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Notification appointing commencement dates under the DPDP Act - 13 November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saas-in-dpdp-commencement-notification-2025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Electronics and Information Technology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commencement notification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activation schedule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ID - Indonesia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12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Regulation No. 28 of 2024 implementing Health Law No. 17 of 2023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global-apac-id-health-law-implementing-regulation-28-2024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Indonesia / BPK Legal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regulation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Indonesia Medical Device Certification Portal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global-apac-id-device-qms-certification-monitor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qms certification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system and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Minister of Health Regulation No. 20 of 2017 on Good Manufacturing Practice for Medical Devices and Household Health Supplies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global-apac-id-permenkes-20-2017-device-gmp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BPK Legal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regulation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Minister of Health Regulation No. 4 of 2014 on Good Distribution Practice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global-apac-id-permenkes-4-2014-device-distribution-gdp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BPK Legal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regulation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Minister of Health Regulation No. 62 of 2017 on Marketing Authorization for Medical Devices, IVDs, and Household Health Supplies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global-apac-id-permenkes-62-2017-device-marketing-authorization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BPK Legal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regulation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 subject to amendments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Mobile Alkes - Medical Device Complaint and Surveillance Portal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global-apac-id-postmarket-complaint-monitor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postmarket portal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system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Regalkes - Classification and Guideline List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global-apac-id-device-classification-list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classification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classification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Regalkes - Medical Device Registration Portal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global-apac-id-regalkes-registration-portal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portal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system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Regulation No. 71 of 2019 on Operation of Electronic Systems and Transactions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saas-id-electronic-systems-transactions-regulation-71-2019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President / National Legislation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regulation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 subject to amendment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 of 2024 - second amendment to the Electronic Information and Transactions Law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saas-id-electronic-information-transactions-law-1-2024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House of Representatives / National Legislation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27 of 2022 on Personal Data Protection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saas-id-personal-data-protection-law-27-2022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House of Representatives / National Legislation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8 of 2016 on Persons with Disabilities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saas-id-disabilities-law-8-2016-accessible-information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House of Representatives / National Legislation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with scope limited digital provisions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IL - Israel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AMAR - Medical-device registration guidelines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israel-amar-registration-guideline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Israel Ministry of Health / AMAR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registration guideline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Equipment Law, 5772-2012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israel-medical-equipment-law-2012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Knesset / Reshumot (Book of Laws)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gazette pdf as enacted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original publication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Ministry of Health - Medical Equipment Unit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israel-device-unit-vigilance-monitor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Israel Ministry of Health / Medical Equipment Unit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current requirements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empty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Signature Law resources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saas-il-electronic-signature-law-hub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government primary law resource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resource index hebrew controls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empty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Protection of Privacy Law, 5741-1981 - unofficial translation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saas-il-protection-of-privacy-law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Knesset / Privacy Protection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government unofficial translation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hebrew controls translation not current guarantee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Protection of Privacy Regulations (Data Security), 5777-2017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saas-il-privacy-data-security-regulations-2017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 of Justice / Privacy Protection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government unofficial translation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 hebrew controls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3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Website accessibility - who and what must be accessible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saas-il-web-accessibility-official-guidance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Commission for Equal Rights of Persons with Disabilities, Ministry of Justice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binding-law-implementation-guidance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guidance explaining binding accessibility regulations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JM - Jamaica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Standards and Regulation Division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jamaica-moh-standards-regulation-division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Wellness, Standards and Regulation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mandate and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The Food and Drugs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jamaica-food-and-drugs-act-current-copy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Justice, Laws of Jamaica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consolidated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official copy subject to amendment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The Food and Drugs Act - Subsidiary Legislation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jamaica-food-and-drugs-regulations-current-copy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Justice, Laws of Jamaica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subsidiary legislation official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subsidiary legislation subject to device-applicability review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JP - Japan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Named baseline - legal review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9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Good Vigilance Practice Ministerial Ordinance 135 - Current Japanese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japan-gvp-mo135-current-japanese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Labour and Welfare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ministerial ordinance authentic language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MHLW Ministerial Ordinance No. 169 — Current Authoritative Japanese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japan-mo169-current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MHLW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ministerial ordinance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Pharmaceuticals and Medical Devices Act — English Translation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japan-pmd-act-translation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 translation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translation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PMD Act - Current Japanese Authentic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japan-pmd-act-current-japanese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Labour and Welfare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authentic language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PMD Act Enforcement Regulations - Current Japanese Authentic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japan-pmd-act-enforcement-regulations-current-japanese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Labour and Welfare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authentic language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PMDA Correspondence Table — ISO 13485:2016 and MO169 Chapter 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japan-mo169-iso-crosswalk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PMDA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crosswalk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PMDA Quality Management System Ordinance Information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japan-mo169-pmda-hub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PMDA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regulatory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PMDA Tentative English Translation — MO169 Chapter 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japan-mo169-ch3-en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PMDA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translation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tentative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Act on the Protection of Personal Information — English Reference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japan-appi-translation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 translation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translation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JO - Jordan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Drug and Pharmacy Law - Official Arabic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jordan-drug-and-pharmacy-law-official-copy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Jordan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copy of binding statute arabic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framework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Instructions for Inspection of Medical Supplies, Sterilizers, Disinfectants and Cosmetic Preparations,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jordan-medical-supplies-inspection-instructions-2025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Jordan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or mandatory instructions official arabic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implementing instructions under regulation 41 2024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JFDA -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jordan-jfda-regulations-index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Jordan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binding regulations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and Supplies Directorate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jordan-jfda-device-directorate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Jordan Food and Drug Administration / Medical Devices and Supplies Directorate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authority and operations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Registered Medical Devices Inquiry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jordan-jfda-registered-devices-search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Jordan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public registration database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register not legal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KZ - Kazakhstan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EAEU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Code of the Republic of Kazakhstan On People's Health and the Healthcare System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global-asia3-kz-health-code-current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Kazakhstan, Adilet Legal Information System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code current official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Order No. KR DSM-10 of 27 January 2021 - Rules for examination of medicines and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global-asia3-kz-registration-expertise-order-dsm10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the Republic of Kazakhstan, via Adilet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order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order current official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Order No. KR DSM-315/2020 - Rules for pharmaceutical inspections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global-asia3-kz-device-inspection-order-dsm315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the Republic of Kazakhstan, via Adilet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order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order current official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Order No. KR DSM-320/2020 - Rules for pharmacovigilance and monitoring medical-device safety, quality and effectiveness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global-asia3-kz-vigilance-order-dsm320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the Republic of Kazakhstan, via Adilet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order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order current official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Order No. KR DSM-322/2020 - Rules for suspension, prohibition, withdrawal or restriction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global-asia3-kz-withdrawal-recall-order-dsm322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the Republic of Kazakhstan, via Adilet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order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order current official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KE - Kenya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Archived PPB Website Files -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kenya-ppb-archived-device-guidelines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Pharmacy and Poisons Board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archived documents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archive not current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Pharmacy and Poisons (Pharmacovigilance and Post Market Surveillance) Rules, 2022 - Legal Notice 96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kenya-pv-pms-rules-ln96-2022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Council for Law Reporting / Kenya Law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subsidiary legislation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Pharmacy and Poisons (Registration of Health Products and Technologies) Rules, 2022 - Legal Notice 100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kenya-registration-rules-ln100-2022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Council for Law Reporting / Kenya Law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subsidiary legislation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Pharmacy and Poisons Act, Cap. 244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kenya-pharmacy-poisons-act-current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Council for Law Reporting / Kenya Law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current to stated point in time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Pharmacy and Poisons Rules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kenya-pharmacy-poisons-rules-import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Council for Law Reporting / Kenya Law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subsidiary legislation official consolidation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rules current to stated point in time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Registration, Retention and Variations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kenya-ppb-market-authorization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Pharmacy and Poisons Board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market authorization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KW - Kuwait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Drug and Food Control - Decisions and Circulars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kuwait-moh-dcc-medical-device-instruments-index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and Food Control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instruments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Drug and Food Control Administration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kuwait-moh-drug-control-administration-overview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and Food Control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authority and services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overview not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Vigilance - Incident Reporting for Healthcare Professionals and End Users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kuwait-moh-end-user-incident-report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and Food Control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end user incident form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form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Vigilance - Manufacturer Incident Report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kuwait-moh-manufacturer-incident-report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and Food Control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manufacturer incident form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form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kuwait-moh-medical-device-reporting-hub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and Food Control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vigilance reporting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KG - Kyrgyzstan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EAEU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Resolution No. 513 of 27 August 2024 on implementation of the Law On Circulation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global-asia3-kg-cabinet-resolution-513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Cabinet of Ministers of the Kyrgyz Republic, via Ministry of Justice Centralized Legal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cabinet resolution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the Kyrgyz Republic No. 216 of 29 December 2023 On Circulation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global-asia3-kg-device-circulation-law-216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 of the Kyrgyz Republic, Centralized Legal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law current official edition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Legislation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global-asia3-kg-device-legislation-index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Medicines and Medical Devices under the Ministry of Health of the Kyrgyz Republic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legislation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independently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global-asia3-kg-device-registration-portal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Medicines and Medical Devices under the Ministry of Health of the Kyrgyz Republic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LA - Laos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Decision on Medical Device Business Establishments No. 1820/MOH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global-apac2-la-device-business-decision-1820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Lao PDR Trade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decision official trade portal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2017 decision subject to 2025 transition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Decision on the registration and verification of medical devices No. 1470/MOH, 11 July 2023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global-apac2-la-device-registration-decision-1470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Lao PDR Trade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decision official trade portal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2023 decision subject to 2025 transition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Food and Drug Department Legal Documents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global-apac2-la-fdd-current-legal-documents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Department, Ministry of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consolidated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on Medicines and Medical Products (Amended) 2025 - Law No. 85/NA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global-apac2-la-law-medicines-medical-products-2025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of the Lao PDR / Food and Drug Department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act officially hosted unofficial translation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2025 law lao text controls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LI - Liechtenstein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EEA incorporation + national overlay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EEA_EFTA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EWR IVD Ordinance (EWR-IvDV), LGBl. 2022 No. 143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liechtenstein-ewr-ivdv-2022-143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Lilex / Government Legal Service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EWR Medical Devices Ordinance (EWR-MepV), LGBl. 2021 No. 161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liechtenstein-ewr-mepv-2021-161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Lilex / Government Legal Service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Liechtenstein National Administration - Medical-device market access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liechtenstein-market-access-vigilance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Liechtenstein National Administration / Office of Public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market access and vigilance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MY - Malaysia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18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MDA - Establishment Licence Information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global-apac-my-establishment-licence-qms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implementing binding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MDA - Guidance Documents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global-apac-my-mda-guidance-monitor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guidance and requirements monitor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MDA - Medical Device Registration Information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global-apac-my-device-registration-overview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implementing binding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MDA - Pilot Survey for Unique Device Identification in Malaysia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global-apac-my-udi-pilot-monitor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implementation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pilot nonbinding monitor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MDA Guidance - Complaint Handling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global-apac-my-complaint-handling-guidance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postmarket duties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MDA Guidance - Field Corrective Action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global-apac-my-field-corrective-action-guidance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postmarket duties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MDA Guidance - Mandatory Problem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global-apac-my-mandatory-problem-reporting-guidance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vigilance duties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MDA Guidance - Medical Device Recall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global-apac-my-medical-device-recall-guidance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recall duties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MDA legislation documents index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global-apac-my-legislation-current-index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legislation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and currency monitor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(Amendment) Regulations 2025 — P.U. (A) 330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global-apac-my-amendment-regulations-2025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 of Health / 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regulation official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amendment effective 2026-01-01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(Designated Medical Device) Order 2026 — P.U. (A) 10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global-apac-my-designated-medical-device-order-2026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 of Health / 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order official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order effective 2026-06-01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(Duties and Obligations of Establishments) Regulations 2019 — P.U. (A) 318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global-apac-my-duties-obligations-establishments-2019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 of Health / 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Act 2012 (Act 737) - official English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global-apac-my-medical-device-act-737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Regulations 2012 — P.U. (A) 500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global-apac-my-medical-device-regulations-2012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 of Health / Medical Device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 subject to current amendments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Cyber Security Act 2024 - Act 854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saas-my-cyber-security-act-2024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Cyber Security Agency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regulator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scope limited law effective 2024 08 26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Digital Signature Act 1997 - Act 562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saas-my-digital-signature-act-1997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Malaysian Communications and Multimedia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compilation currency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Data Protection (Amendment) Act 2024 - Act A1727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saas-my-pdpa-amendment-act-a1727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Personal Data Protection Commissioner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statute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 fully commenced by 2025 06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Data Protection Act 2010 - official Act and amendment resources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saas-my-personal-data-protection-act-current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Personal Data Protection Commissioner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primary law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MV - Maldives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Mandate of the Maldives Food and Drug Authority - unofficial English translation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global-asia3-mv-mfda-mandate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the Republic of Maldives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government mandate translation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unofficial english translation of regulator mandate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/ Consumable Registration Form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global-asia3-mv-device-registration-form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the Republic of Maldives / Maldives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application form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artifact not independently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Importers Registration Form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global-asia3-mv-device-importer-form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the Republic of Maldives / Maldives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application form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artifact not independently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and Therapeutic Goods Division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global-asia3-mv-mtg-current-monitor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Maldives Food and Drug Authority, Medicines and Therapeutic Goods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program portal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source not independently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MFDA Newsletter 2024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global-asia3-mv-device-registration-status-2024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Maldives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annual newsletter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status evidence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MU - Mauritius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Clinical Trials (Medical Devices Trials) Regulations 2021 (GN No. 100 of 2021)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mauritius-medical-device-trials-regulations-2021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Wellness / Government Gazette of Mauritius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medical device clinical trial regulation official ministry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 current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Clinical Trials Act, Act 8 of 2011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mauritius-clinical-trials-act-2011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Wellness / Republic of Mauritius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ministry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revised laws issue subject to later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Legislations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mauritius-health-legislation-index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Wellness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ministry health legislation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MX - Mexico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11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Alertas sanitarias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mexico-cofepris-device-alerts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COFEPRIS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safety alert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postmarket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Dispositivos medicos - COFEPRIS program page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mexico-cofepris-device-regulatory-monitor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COFEPRIS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monitor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Ley General de Salud - current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mexico-ley-general-salud-current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Camara de Diputados del H. Congreso de la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consolidated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NOM-137-SSA1-2008, Etiquetado de dispositivos médicos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mexico-nom-137-ssa1-2008-labeling-current-transition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Secretaría de Salud / Diario Oficial de la Federación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until 2027-05-14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NOM-137-SSA1-2025, Etiquetado de dispositivos médicos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mexico-nom-137-ssa1-2025-labeling-future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Secretaría de Salud / Diario Oficial de la Federación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future effective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NOM-240-SSA1-2012, Instalacion y operacion de la 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mexico-nom-240-ssa1-2012-technovigilance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Secretaria de Salud / Diario Oficial de la Federacion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official standard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NOM-241-SSA1-2025, Buenas practicas de fabricacion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mexico-nom-241-ssa1-2025-gmp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Secretaria de Salud / Diario Oficial de la Federacion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official standard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Registros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mexico-cofepris-device-registration-hub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COFEPRIS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Reglamento de Insumos para la Salud - current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mexico-reglamento-insumos-salud-current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Camara de Diputados del H. Congreso de la Union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consolidated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Commercial Code - electronic-commerce and data-message provisions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saas-mx-commerce-code-electronic-messages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/ Chamber of Deputies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code official consolidated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consolidated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Law on Protection of Personal Data Held by Private Parties - published 20 March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saas-mx-private-data-law-2025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/ Diario Oficial de la Federacion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gazette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replaced 2010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MD - Moldova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9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AMDM - Medical-device normative acts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moldova-device-normative-acts-monitor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Agency of Moldova (AMDM)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AMDM - Medical-device registration orders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moldova-device-registration-orders-monitor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Agency of Moldova (AMDM)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registration orders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AMDM - Medical-device vigilance system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moldova-device-vigilance-operations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Agency of Moldova (AMDM)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operations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AMDM clarification on medical-device registration and institutional reform, 22 June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moldova-device-ivd-reform-proposal-2026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Agency of Moldova (AMDM)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reform and consultation notice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proposal notice not binding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Decision No. 702/2018 approving the Regulation on conditions for placing medical devices on the market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moldova-medical-devices-regulation-702-2018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Moldova / Registrul de stat al actelor juridice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decision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technical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Decision No. 703/2018 approving the Regulation on placing in vitro diagnostic medical devices on the market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moldova-ivd-regulation-703-2018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Moldova / Registrul de stat al actelor juridice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decision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technical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Decision No. 704/2018 approving the Regulation on active implantable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moldova-aimd-regulation-704-2018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Moldova / Registrul de stat al actelor juridice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decision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technical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102/2017 on Medical Devices - official consolidation through Law 52/2023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moldova-medical-devices-law-102-2017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Moldova / Registrul de stat al actelor juridice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official consolidation incomplete after 2023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140/2025 amending normative acts on migration of central administrative authorities - Article XV medical-device amendments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moldova-medical-devices-law-amendment-140-2025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Moldova / Registrul de stat al actelor juridice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statute official gazette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amending statute effective 2026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MN - Mongolia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on Medicines and Medical Devices - revised 5 June 2024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global-apac2-mn-medicines-medical-devices-law-2024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Great Khural of Mongolia / Legalinfo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act official legal database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revised law effective 1 october 2024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MMRA Medical Device Registration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global-apac2-mn-mmra-device-registration-monitor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Regulatory Agency of Mongolia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page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MMRA Medical Equipment Updates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global-apac2-mn-mmra-device-updates-monitor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Regulatory Agency of Mongolia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update and draft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page contains nonbinding drafts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Procedure for Registration and Listing of Medical Devices - Minister of Health Order A/206, Annex 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global-apac2-mn-device-registration-order-a206-2025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Regulatory Agency of Mongolia / Legalinfo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order official legal database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order effective 2025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Quality and safety reporting, recall, rapid alert, and destruction procedure - MMRA Head Order A/130, Annex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global-apac2-mn-device-postmarket-recall-order-a130-2025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 of Health of Mongolia / Legalinfo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order official legal database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order current supersedes a237 2022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ME - Montenegro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CInMED - Medical-device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montenegro-device-legislation-monitor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Institute for Medicines and Medical Devices of Montenegro (CInMED)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on Medical Devices, Official Gazette of Montenegro 24/19 and 84/24 - editorial consolidation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montenegro-medical-devices-law-consolidation-2024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Institute for Medicines and Medical Devices of Montenegro (CInMED)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hosted editorial statute consolidation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information copy not authentic gazette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Rulebook on labeling and content of instructions for use for medical devices, Official Gazette 47/23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montenegro-device-labeling-rule-47-2023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Institute for Medicines and Medical Devices of Montenegro (CInMED)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rulebook regulator hosted official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rulebook original publication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Rulebook on recognition of foreign documents and CE marking and on medical-device registration, Official Gazette 85/22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montenegro-device-registration-recognition-rule-85-2022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Institute for Medicines and Medical Devices of Montenegro (CInMED)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rulebook regulator hosted official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rulebook original publication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MA - Morocco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8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4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No. 2-12-149 Implementing Law No. 11-08 Relating to In Vitro Diagnostic Reagents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morocco-decree-2-12-149-ivd-reagents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Kingdom of Morocco / Ministry of Health and Social Protection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implementing decree official ministry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implementing decree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No. 2-14-607 Implementing Law No. 84-12 Relating to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morocco-decree-2-14-607-medical-devices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Kingdom of Morocco / Ministry of Health and Social Protection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implementing decree official ministry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implementing decree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10-22 Establishing the Moroccan Agency for Medicines and Health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morocco-law-10-22-health-products-agency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Secretariat-General of the Government / Official Bulletin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gazette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with transition to verify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11-08 Relating to In Vitro Diagnostic Reagents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morocco-law-11-08-ivd-reagents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Kingdom of Morocco / Ministry of Health and Social Protection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ministry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84-12 Relating to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morocco-law-84-12-medical-devices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Kingdom of Morocco / Ministry of Health and Social Protection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ministry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Orders Nos. 2853-15, 2854-15, 2855-15 and 2856-15 Relating to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morocco-orders-2853-2856-medical-devices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Kingdom of Morocco / Ministry of Health and Social Protection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implementing orders official ministry pdf bundle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implementing orders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morocco-device-registration-operations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Social Protection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operations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Réglementation applicable aux produits de santé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morocco-health-products-regulations-index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Social Protection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instruments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MM - Myanmar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8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ASEAN Medical Device Directive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global-apac2-mm-asean-medical-device-directive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Administration, Myanmar / ASEAN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hosted regional directive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regional harmonization instrument not standalone domestic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Awareness Program on Post-Market Surveillance and Medical-Device Safety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global-apac2-mm-postmarket-awareness-guidance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Administration, Myanmar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training material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awareness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Documents required for import recommendation of Class C and D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global-apac2-mm-class-cd-import-recommendation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Administration, Myanmar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application requirements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Documents required for medical-device manufacturing licence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global-apac2-mm-device-manufacturing-license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Administration, Myanmar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application requirements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Myanmar FDA - Classification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global-apac2-mm-fda-device-classification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Administration, Myanmar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guidance not consolidated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Myanmar FDA - Definition of Medical Device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global-apac2-mm-fda-device-definition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Administration, Myanmar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guidance not consolidated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Myanmar FDA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global-apac2-mm-fda-medical-device-monitor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Administration, Myanmar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current-notices-monitor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Technical Guideline for Online Submission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global-apac2-mm-esubmission-device-guide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Administration, Myanmar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submission guideline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NA - Namibia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2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and Related Substances Control Act, 2003 (Act 13 of 2003)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namibia-medicines-related-substances-control-act-13-2003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Namibia Legal Information Institute / Law Reform and Development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legal information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 older consolidation subject to later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namibia-nmrc-medical-device-registration-scope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Namibia Medicines Regulatory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current registration scope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scope statement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NP - Nepal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Directive on Health Technology Product or Equipment, 2074 (2017) - translated version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global-asia3-np-health-technology-device-directive-2074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Drug Administration, Ministry of Health and Population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directive translation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administrative directive official english translation nepali controls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Drugs Act, 2035 (1978)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global-asia3-np-drug-act-2035-prevailing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Nepal Law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prevailing law source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act subject to latest amendment reconciliation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Drugs Act, 2035 - amendment 2082-04-14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global-asia3-np-drug-act-amendment-2082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Drug Administration, Ministry of Health and Population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amendment notice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currency signal not complete consolidated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Instructions and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global-asia3-np-regulatory-guidance-monitor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Drug Administration, Ministry of Health and Population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independently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NZ - New Zealand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(Database of Medical Devices) Regulations 2003 - current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global-apac-nz-wand-regulations-2003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New Zealand Parliamentary Counsel Office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regulations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Act 1981 - current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global-apac-nz-medicines-act-1981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New Zealand Parliamentary Counsel Office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Medsafe -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global-apac-nz-medsafe-device-monitor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Medsafe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overview and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New Zealand Medicines and Medical Devices Recall Code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global-apac-nz-medsafe-recall-code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Medsafe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recall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operational code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Contract and Commercial Law Act 2017 - Part 4 Electronic Transactions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saas-nz-contract-commercial-law-electronic-transactions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Parliamentary Counsel Office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with pending amendment warning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NZ Government Web Accessibility Standard 1.2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saas-nz-government-web-accessibility-standard-1-2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Internal Affairs, Digital Public Service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mandatory government standard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policy for mandated public agencies not general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empty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Privacy Act 2020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saas-nz-privacy-act-2020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Parliamentary Counsel Office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NI - Nicaragua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NTON 24001:2023 - Tecnologia de la salud. Dispositivos medicos. Requisitos para el Registro Sanitario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nicaragua-nton-24001-2023-device-registration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Autoridad Nacional de Regulacion Sanitaria / 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technical standard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technical standard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Publicaciones Autoridad Nacional de Regulacion Sanitaria -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nicaragua-minsa-device-publications-hub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Autoridad Nacional de Regulacion Sanitaria / 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monitor and publication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Administrativa 0007-2025 - Tramites de licencia sanitaria y registro sanitario de dispositivos medicos en linea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nicaragua-resolution-0007-2025-online-device-filings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Autoridad Nacional de Regulacion Sanitaria / 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administrative resolution download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administrative resolution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NG - Nigeria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Draft Medical Devices Including In Vitro Diagnostics and Related Products Regulations,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nigeria-draft-medical-device-regulations-2025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for Food and Drug Administration and Control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draft regulation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draft not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Good Manufacturing Practice for Medical Devices, IVDs and Related Products Guidelines, 2024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nigeria-medical-device-gmp-guideline-2024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for Food and Drug Administration and Control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gmp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and Related Products (Registration, Labelling and Advertisement) Regulations, 2024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nigeria-medical-device-regulations-2024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for Food and Drug Administration and Control / Federal Republic of Nigeria Official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regulator gazette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NAFDAC Application Forms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nigeria-nafdac-device-forms-guidelines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for Food and Drug Administration and Control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application forms and guidelines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NAFDAC Laws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nigeria-nafdac-laws-index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for Food and Drug Administration and Control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statutes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Recalls and Alerts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nigeria-nafdac-recalls-alerts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for Food and Drug Administration and Control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recall and safety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public notice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MK - North Macedonia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supplementing the Law on Medicines and Medical Devices, Official Gazette 267/2025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north-macedonia-medicines-devices-amendment-267-2025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Medicines and Medical Devices of North Macedonia (MALMED)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statute regulator hosted official gazette copy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amending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MALMED - Basic materiovigilance information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north-macedonia-materiovigilance-operations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Medicines and Medical Devices of North Macedonia (MALMED)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materiovigilance operations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with currency risk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MALMED - Medical-device rulebooks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north-macedonia-device-bylaws-monitor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Medicines and Medical Devices of North Macedonia (MALMED)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bylaws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index with known currency risk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MALMED Medical-device Register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north-macedonia-device-register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Agency for Medicines and Medical Devices of North Macedonia (MALMED)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device register portal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register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Ministry of Health - Bylaws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north-macedonia-health-bylaws-currency-monitor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North Macedonia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bylaws currency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Ministry of Health - Law on Medicines and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north-macedonia-medicines-devices-law-monitor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of North Macedonia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statute monitor and editorial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with incomplete consolidation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NO - Norway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EEA incorporation + national overlay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EEA_EFTA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2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Act No. 37 of 7 May 2020 relating to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norway-medical-devices-act-37-2020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Lovdata / Norwegian legislation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No. 1476 of 9 May 2021 relating to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norway-medical-devices-regulation-1476-2021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Lovdata / Norwegian legislation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OM - Oman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Drug Safety Center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oman-moh-drug-safety-center-device-hub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Safety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current requirements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 and operational monitor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GD22 - Guideline on Requirements of Medical Device Manufacturer Registration in the Sultanate of Oman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oman-manufacturer-registration-guide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Safety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manufacturer registration guidance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GD23 - Guideline for Electronic Instructions for Use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oman-electronic-ifu-guide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Safety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eifu guidance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GD3 - Guideline on Requirements of Class C and D Medical Devices Registration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oman-class-cd-medical-device-registration-guide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Safety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guidance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GD5 - Guideline on Requirements of Class C and D In Vitro Diagnostic Device Registration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oman-class-cd-ivd-registration-guide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/ Drug Safety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ivd registration guidance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Royal Decree No. 35/2015 Promulgating the Law Regulating the Practice of the Pharmacy Profession and Pharmaceutical Establishments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oman-royal-decree-35-2015-pharmacy-law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Sultanate of Oman / Ministry of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royal decree official arabic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content quality failure</w:t>
            </w:r>
          </w:p>
        </w:tc>
      </w:tr>
    </w:tbl>
    <w:p>
      <w:pPr>
        <w:pStyle w:val="Heading2"/>
      </w:pPr>
      <w:r>
        <w:t>PK - Pakistan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9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Amendment in Medical Devices Rules, 2017 - S.R.O. 1049(I)/2025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global-apac2-pk-mdr-rule19-amendment-2025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Government of Pakistan / Drug Regulatory Authority of Pakistan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amendment official gazette landing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amendment sro 1049i 2025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DRAP Legislation - Acts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global-apac2-pk-current-acts-monitor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Drug Regulatory Authority of Pakistan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consolidated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DRAP Legislation - Rules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global-apac2-pk-current-rules-monitor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Drug Regulatory Authority of Pakistan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consolidated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DRAP Safety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global-apac2-pk-device-safety-reporting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Drug Regulatory Authority of Pakistan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safety reporting portal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reporting channel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Drug Regulatory Authority of Pakistan Act, 2012 - as amended up to February 2022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global-apac2-pk-drap-act-2012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of Pakistan / Drug Regulatory Authority of Pakistan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act official compilation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act compilation updated through february 2022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on Good Distribution Practices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global-apac2-pk-device-good-distribution-practices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Drug Regulatory Authority of Pakistan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nonbinding quality guideline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approved regulator guidance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- Application Process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global-apac2-pk-device-application-process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Drug Regulatory Authority of Pakistan, Medical Devices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process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- Risk Classification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global-apac2-pk-device-risk-classification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Drug Regulatory Authority of Pakistan, Medical Devices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guidance supporting binding rules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Rules, 2017 - updated up to April 2022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global-apac2-pk-medical-devices-rules-2017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Government of Pakistan / Drug Regulatory Authority of Pakistan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rules official compilation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rules compilation updated through april 2022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PA - Panama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Ejecutivo 1689 de 2020 - modifica el articulo 35-A del Decreto Ejecutivo 490 de 2019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panama-decree-1689-2020-decree-490-amendment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Organo Ejecutivo / Gaceta Oficial Digital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amending regulation official gazette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Ejecutivo 490 de 4 de octubre de 2019 - reglamenta la Ley 90 de 2017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panama-decree-490-2019-law-90-regulation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Organo Ejecutivo / Gaceta Oficial Digital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official gazette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base regulation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Ejecutivo 616 de 2020 - modifica el Decreto Ejecutivo 490 de 2019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panama-decree-616-2020-decree-490-amendment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Organo Ejecutivo / Gaceta Oficial Digital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amending regulation official gazette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Ejecutivo 849 de 2020 - adiciona articulos al Decreto Ejecutivo 490 de 2019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panama-decree-849-2020-decree-490-amendment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Organo Ejecutivo / Gaceta Oficial Digital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amending regulation official gazette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Direccion Nacional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panama-minsa-device-authority-hub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Direccion Nacional de Dispositivos Medicos, MINSA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Ley 90 de 26 de diciembre de 2017 - dispositivos medicos y productos afines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panama-law-90-2017-medical-devices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de Panama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base law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Ley 92 de 12 de septiembre de 2019 - reforma la Ley 90 de 2017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panama-law-92-2019-law-90-amendment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Asamblea Nacional / Gaceta Oficial Digital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official gazette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Normativa - Direccion Nacional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panama-minsa-device-regulatory-monitor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Direccion Nacional de Dispositivos Medicos, MINSA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monitor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001 de 10 de enero de 2023 - lineamiento de almacenamiento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panama-resolution-001-2023-storage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de Panama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regulator resolution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236 de 13 de abril de 2022 - normativa de vigilancia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panama-resolution-236-2022-vigilance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de Panama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regulator resolution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ANTAI legislation index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saas-pa-personal-data-implementation-monitor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Authority for Transparency and Access to Information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51 of 22 July 2008 on Electronic Documents, Electronic Signatures and Electronic Commerce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saas-pa-electronic-commerce-signatures-law-51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Gaceta Oficial Digital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gazette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with amendment review required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81 of 26 March 2019 on Personal Data Protection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saas-pa-personal-data-law-81-2019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Gaceta Oficial Digital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gazette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PY - Paraguay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Dispositivos Medicos y Odontologicos - DINAVISA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paraguay-dinavisa-device-regulatory-hub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Direccion Nacional de Vigilancia Sanitaria (DINAVISA)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and monitor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and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Ley 1119/1997 - De productos para la salud y otros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paraguay-law-1119-1997-health-products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Congreso de la Nacion / Direccion Nacional de Vigilancia Sanitaria (DINAVISA)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base law subject to amendment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Ley 4659/2012 - Procedimientos de seguridad y mecanismos de prevencion de riesgos para profesionales de la salud y pacientes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paraguay-law-4659-2012-device-safety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Congreso de la Nacion / Direccion Nacional de Vigilancia Sanitaria (DINAVISA)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DINAVISA 226 - Requisitos para autorizacion de comercializacion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paraguay-dinavisa-resolution-226-device-authorization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Direccion Nacional de Vigilancia Sanitaria (DINAVISA)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regulator resolution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SG 554/2024 - Abroga la Resolucion SG 669/2016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paraguay-resolution-sg-554-2024-repeal-669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Publica y Bienestar Social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repealing 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repeal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PE - Peru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23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Consulta de registros sanitarios de dispositivos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peru-digemid-device-register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DIGEMID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registration database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market authorization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Supremo 003-2020-SA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peru-decreto-supremo-003-2020-sa-devices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official record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Supremo 003-2020-SA - texto oficial descargable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peru-ds-003-2020-sa-full-text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Supremo 011-2022-SA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peru-decreto-supremo-011-2022-sa-amendment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amending 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Supremo 014-2011-SA - Reglamento de Establecimientos Farmaceuticos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peru-decreto-supremo-014-2011-sa-establishments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base regulation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Supremo 015-2025-SA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peru-decreto-supremo-015-2025-sa-establishment-amendment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amending 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Supremo 016-2011-SA - Reglamento para el registro, control y vigilancia sanitaria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peru-decreto-supremo-016-2011-sa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official record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Supremo 016-2011-SA - texto oficial descargable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peru-ds-016-2011-sa-full-text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base regulation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Supremo 020-2024-SA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peru-decreto-supremo-020-2024-sa-amendment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amending regulation official record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Supremo 020-2024-SA - texto oficial descargable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peru-ds-020-2024-sa-full-text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amending 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Farmacovigilancia y tecnovigilancia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peru-digemid-technovigilance-hub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DIGEMID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Formatos y tramites - empresa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peru-digemid-company-qms-procedures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DIGEMID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Ley 29459 - Ley de los productos farmaceuticos, dispositivos medicos y productos sanitarios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peru-ley-29459-health-products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Congreso de la Republica del Peru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official record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Ley 29459 - texto oficial descargable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peru-ley-29459-health-products-pdf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Congreso de la Republica del Peru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Ministerial 132-2015-MINSA - Manual de Buenas Practicas de Almacenamiento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peru-rm-132-2015-storage-practices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DIGEMID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regulator resolution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Ministerial 539-2016-MINSA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peru-rm-539-2016-minsa-technovigilance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DIGEMID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official record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Ministerial 539-2016-MINSA - texto oficial descargable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peru-rm-539-2016-technovigilance-full-text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DIGEMID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Resolucion Ministerial 833-2015-MINSA - Buenas Practicas de Distribucion y Transporte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peru-rm-833-2015-distribution-transport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/ DIGEMID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regulator resolution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27269 - Digital Signatures and Certificates Law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saas-pe-digital-signatures-law-27269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of the Republic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with amendment review required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29733 - Personal Data Protection Law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saas-pe-personal-data-law-29733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of the Republic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31814 promoting the use of artificial intelligence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saas-pe-ai-law-31814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of the Republic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framework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5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Supreme Decree No. 016-2024-JUS - Regulation of Law No. 29733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saas-pe-personal-data-regulation-016-2024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 and Human Rights / National Authority for Personal Data Protection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supreme decree official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 effective 2025 03 31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Supreme Decree No. 115-2025-PCM - Regulation of Law No. 31814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saas-pe-ai-regulation-115-2025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Presidency of the Council of Ministers / El Peruano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supreme decree official gazette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 published 2025 09 09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PH - Philippines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12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Administrative Order No. 2018-0002 — authorization for a medical device based on ASEAN harmonized technical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global-apac-ph-ao-2018-0002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 /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administrative order official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administrative order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Administrative Order No. 2020-0017 - Revised Unified Licensing Requirements and Procedures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global-apac-ph-ao-2020-0017-establishment-licensing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 / Food and Drug Administration Philippines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administrative order official source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administrative order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CDRRHR External Services Manual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global-apac-ph-cdrrhr-service-manual-qms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 Philippines - CDRRHR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service manual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implementing binding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Draft for Comments - Guidelines on the Recall of Authorized Health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global-apac-ph-recall-rule-update-monitor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 Philippines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draft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draft nonbinding monitor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Advisory No. 2025-0189 - Full Implementation of the FDA eServices Portal for Medical Device Applications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global-apac-ph-eservices-device-registration-2025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 Philippines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notice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mandatory operational implementation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Circular No. 2021-002-A - Addendum to full implementation of AO 2018-0002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global-apac-ph-ao-2018-0002-implementation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 Philippines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regulator circular official source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regulatory implementation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Circular No. 2021-002-B - Amendment to FDA Circular No. 2021-002-A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global-apac-ph-ao-2018-0002-amendment-2021-002-b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 Philippines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regulator circular official source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regulatory implementation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Philippines - Medical Device Registration Verification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global-apac-ph-device-registration-verification-monitor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Food and Drug Administration Philippines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public register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dynamic registration record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Implementing Rules and Regulations of Republic Act No. 9711 - FDA Act of 2009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global-apac-ph-ra-9711-irr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Health / Food and Drug Administration Philippines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implementing rules official source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implementing rules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Data Privacy Act of 2012 and its Implementing Rules and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saas-ph-data-privacy-act-and-irr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/ National Privacy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primary law and rules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and implementing rules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NPC Advisories and Circulars index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saas-ph-npc-ai-personal-data-guidance-index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Privacy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interpretive guidance not ai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Republic Act No. 8792 - Electronic Commerce Act of 2000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saas-ph-electronic-commerce-act-8792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/ Official Gazette of the Republic of the Philippines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subject to amendment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QA - Qatar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Implantable Medical Device Registration Application Form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qatar-moph-imd-registration-application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Public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form and checklist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requirement limited scope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Registration of Implantable Medical Devices - Frequently Asked Questions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qatar-moph-imd-registration-faq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Public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faq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Technical Evaluation for the Safe Use of Medical Equipment in a Healthcare Facility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qatar-sharek-safe-use-technical-evaluation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Public Health / Sharek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government healthcare facility service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service not market authorization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RU - Russia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EAEU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Decree No. 1684 of 30 November 2024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russia-decree-1684-2024-registration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Internet Portal of Legal Information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decree official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decree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Roszdravnadzor - Medical-device safety monitoring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russia-registration-vigilance-monitor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Roszdravnadzor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registration and vigilance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Law No. 152-FZ on Personal Data - official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saas-ru-personal-data-law-152-fz-current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Duma / Official Internet Portal of Legal Information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 api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consolidated version current to 2025 09 01 currency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Law No. 63-FZ on Electronic Signature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saas-ru-electronic-signature-law-63-fz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Duma / Official Internet Portal of Legal Information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portal record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current consolidation must be pinned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RW - Rwanda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Registration of In Vitro Diagnostic Devices, December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rwanda-ivd-registration-guideline-december-2025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Rwanda Food and Drugs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ivd registration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Registration of Medical Devices, December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rwanda-device-registration-guideline-december-2025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Rwanda Food and Drugs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medical device registration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Review and Approval of Software as Medical Devices (SaMD), December 2025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rwanda-samd-guideline-december-2025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Rwanda Food and Drugs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samd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 Governing Post-Marketing Surveillance of Regulated Products, 2021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rwanda-post-market-surveillance-regulation-2021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Rwanda Food and Drugs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post market surveillance regulation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regulator regulation subject to later change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Governing Control of Import and Export of Pharmaceutical Products and Medical Devices,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rwanda-device-import-export-regulation-2026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Rwanda Food and Drugs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import export regulation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regulator regulation subject to commencement verification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Governing the Good Manufacturing Practices of Medical Products,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rwanda-gmp-medical-products-regulation-2026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Rwanda Food and Drugs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gmp regulation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regulator regulation subject to scope and commencement verification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Rwanda FDA Laws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rwanda-fda-laws-index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Rwanda Food and Drugs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laws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SA - Saudi Arabia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10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Implementing Regulation of the Medical Devices Law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saudi-implementing-regulation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Saudi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implementing regulation official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implementing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MDS-REQ1 - Requirements for Medical Devices Marketing Authorization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saudi-mds-req1-marketing-authorization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Saudi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requirements document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MDS-REQ10 - Requirements for Quality Management System Inspections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saudi-mds-req10-qms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Saudi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requirements document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MDS-REQ11 - Requirements for Post-Market Surveillance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saudi-mds-req11-vigilance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Saudi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requirements document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MDS-REQ7 - Requirements for Unique Device Identification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saudi-mds-req7-udi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Saudi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requirements document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SFDA - Medical-device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saudi-medical-device-law-monitor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Saudi Food and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Transactions Law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saas-sa-electronic-transactions-law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Council of Ministers / Digital Government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authority primary law resource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and amendment resources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Essential Cybersecurity Controls ECC 2-2024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saas-sa-essential-cybersecurity-controls-2-2024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Cybersecurity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regulatory controls official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mandatory for targeted entities scope limited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Implementing Regulation of the Personal Data Protection Law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saas-sa-pdpl-implementing-regulation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Saudi Data and Artificial Intelligence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implementing regulation official english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 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Data Protection Law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saas-sa-personal-data-protection-law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Council of Ministers / Saudi Data and Artificial Intelligence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english translation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 binding law in force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SN - Senegal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No. 2023-2419 of 27 December 2023 Relating to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senegal-decree-2023-2419-medical-devices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Senegalese Pharmaceutical Regulatory Agency / Republic of Senegal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medical device decree official regulator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device regulation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No. 2023-2420 of 27 December 2023 on Market Surveillance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senegal-decree-2023-2420-market-surveillance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Senegalese Pharmaceutical Regulatory Agency / Republic of Senegal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market surveillance decree official regulator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No. 2025-1833 of 18 November 2025 Fixing Pharmaceutical Regulatory Fees and Payment Modalities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senegal-decree-2025-1833-regulatory-fees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Senegalese Pharmaceutical Regulatory Agency / Republic of Senegal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fee decree official regulator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fee regulation subject to change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2023-06 of 13 June 2023 Relating to Medicines, Other Health Products and Pharmacy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senegal-law-2023-06-health-products-pharmacy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Senegalese Pharmaceutical Regulatory Agency / Republic of Senegal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regulator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Legislative and Regulatory Texts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senegal-arp-legislative-regulatory-texts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Senegalese Pharmaceutical Regulatory Agency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texts and harmonization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regional material not binding unless locally adopted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Order Establishing Conditions for Approval of Medical-Device Establishments, June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senegal-device-establishment-approval-order-2026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Social Action / Senegalese Pharmaceutical Regulatory Agency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medical device establishment order official regulator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implementing order subject to commencement verification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Order No. 37772 of 21 December 2023 Establishing the Missions, Composition and Operation of Vigilance Bodies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senegal-order-37772-vigilance-bodies-2023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Social Action / Senegalese Pharmaceutical Regulatory Agency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vigilance order official regulator pdf french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implementing order subject to device scope verification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Acquired / needs ocr</w:t>
            </w:r>
          </w:p>
        </w:tc>
      </w:tr>
    </w:tbl>
    <w:p>
      <w:pPr>
        <w:pStyle w:val="Heading2"/>
      </w:pPr>
      <w:r>
        <w:t>RS - Serbia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ALIMS - Important medical-device notices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serbia-device-transition-notices-monitor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Agency of Serbia (ALIMS)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transition notices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notices not binding eu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ALIMS - Medical-device rulebooks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serbia-device-bylaws-monitor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Agency of Serbia (ALIMS)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bylaws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ALIMS - Medical-device vigilance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serbia-device-vigilance-monitor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Agency of Serbia (ALIMS)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operations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ALIMS Medical-device Registration Instructions, Revision 6, 20 February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serbia-device-registration-guide-rev6-2026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and Medical Devices Agency of Serbia (ALIMS)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guidance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on Medical Devices, Official Gazette of the Republic of Serbia 105/2017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serbia-medical-devices-law-105-2017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Serbia / Legal Information System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legal portal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SG - Singapore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10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GN-10-R4 Guidance on Medical Device Field Safety Corrective Action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global-apac-sg-hsa-fsca-gn10-r4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Sciences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postmarket duties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Health Products (Medical Devices) Regulations 2010 - current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global-apac-sg-medical-device-regulations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Singapore Attorney-General's Chambers / HSA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subsidiary legislation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Health Products Act 2007 - current consolidated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global-apac-sg-health-products-act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Singapore Attorney-General's Chambers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HSA - Apply for a Dealer's Licence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global-apac-sg-hsa-dealer-licensing-qms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Sciences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implementing binding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HSA Medical Devices - Guidance Documents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global-apac-sg-hsa-guidance-monitor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Sciences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HSA Medical Devices - Regulatory Overview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global-apac-sg-hsa-regulatory-overview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Sciences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overview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HSA quality management system requirements for medical-device dealers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global-apac-sg-hsa-qms-requirements-2026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Health Sciences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qms requirement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requirements implementing binding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Cybersecurity Act 2018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saas-sg-cybersecurity-act-2018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Singapore Statutes Online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scope limited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Transactions Act 2010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saas-sg-electronic-transactions-act-2010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Singapore Statutes Online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Data Protection Act 2012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saas-sg-personal-data-protection-act-2012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Singapore Statutes Online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ZA - South Africa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8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General Regulations Relating to Medical Devices and IVDs, GN 1515 of 9 December 2016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south-africa-device-ivd-regulations-2016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South Africa / Government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gazette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and Related Substances Act 101 of 1965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south-africa-act-101-1965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South Africa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statute landing page and amendment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publication index not consolidated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SAHPGL-MD-03 v4 - Guideline for Medical Device Vigilance: Adverse Event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south-africa-vigilance-guideline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SAHPRA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vigilance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SAHPRA -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south-africa-sahpra-device-hub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SAHPRA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current requirements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SAHPRA MD01-2025/2026_v2 - ISO 13485 Certificate as a Prerequisite for Approval of a Medical Device Establishment Licence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south-africa-iso13485-licence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SAHPRA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staged implementation communication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compliance communication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Cybercrimes Act 19 of 2020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saas-za-cybercrimes-act-19-2020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Department of Justice and Constitutional Development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with provision commencement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Communications and Transactions Act 25 of 2002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saas-za-electronic-communications-transactions-act-25-2002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Government of South Africa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subject to amendment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Protection of Personal Information Act 4 of 2013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saas-za-protection-personal-information-act-4-2013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/ Government of South Africa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KR - South Korea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11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Act on In Vitro Diagnostic Medical Devices - version effective 3 January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global-apac-kr-ivd-act-current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Korean Ministry of Government Legislation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Enforcement Rule of the Act on In Vitro Diagnostic Medical Devices - version effective 3 January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global-apac-kr-ivd-enforcement-rule-current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Korean Ministry of Government Legislation / MFDS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enforcement rule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enforcement rule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Unique Identification Code and Integrated Information Management Standards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global-apac-kr-udi-current-notice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MFDS / Korean Ministry of Government Legislation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historical administrative notice reference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historical or discovery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Act - version effective 1 July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global-apac-kr-medical-devices-act-current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Korean Ministry of Government Legislation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MFDS - Medical Device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global-apac-kr-mfds-device-regulations-monitor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MFDS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and translation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guidance and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Standards for Medical Device Manufacturing and Quality Management - current KGMP notice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global-apac-kr-kgmp-current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MFDS / Korean Ministry of Government Legislation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administrative notice official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administrative rule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Act on the Prohibition of Discrimination against Persons with Disabilities and Remedy against Infringement of Their Rights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saas-kr-disability-discrimination-act-digital-access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Korean Law Information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scope requires entity analysis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Basic Act on the Development of Artificial Intelligence and Establishment of Trust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saas-kr-ai-basic-act-current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Korean Law Information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effective 2026 07 21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Signature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saas-kr-electronic-signature-act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Korean Law Information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Enforcement Decree of the AI Basic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saas-kr-ai-basic-act-enforcement-decree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President / Korean Law Information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presidential decree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 effective 2026 07 21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Information Protection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saas-kr-personal-information-protection-act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Korean Law Information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LK - Sri Lanka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Market Recall Guideline GL-017 implementation notice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global-apac2-lk-recall-guideline-gl017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recall guidance notice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under nmra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National Medicines Regulatory Authority Act, No. 5 of 2015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global-apac2-lk-nmra-act-2015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Parliament of Sri Lanka / National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act official legal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NMRA Guidelines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global-apac2-lk-guidelines-monitor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guidance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NMRA Legislation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global-apac2-lk-legislation-monitor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index not legislation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NMRA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global-apac2-lk-medical-device-current-requirements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process guidance supporting 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NMRA Report Adverse Events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global-apac2-lk-device-adverse-event-reporting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reporting channel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reporting channel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CH - Switzerland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Ordinance (MedDO), SR 812.213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switzerland-meddo-sr-812-213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Swiss Confederation / Fedlex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federal ordinance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Ordinance on In Vitro Diagnostic Medical Devices (IvDO), SR 812.219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switzerland-ivdo-sr-812-219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Swiss Confederation / Fedlex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federal ordinance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Swissmedic - Medical devices overview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switzerland-swissdamed-registration-monitor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Swissmedic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registration and vigilance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Therapeutic Products Act (TPA), SR 812.21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switzerland-tpa-sr-812-21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Swiss Confederation / Fedlex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federal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Act on Data Protection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saas-ch-federal-data-protection-act-2020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Assembly / Fedlex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effective 2023 09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Act on Electronic Signatures (ZertES)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saas-ch-electronic-signature-act-zertes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Assembly / Fedlex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Act on the Elimination of Discrimination against People with Disabilities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saas-ch-disability-equality-act-accessibility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Assembly / Fedlex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law scope limited for digital services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TW - Taiwan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11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 Quality Management System Regulations - official English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global-apac-tw-qms-regulations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Taiwan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Act - official English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global-apac-tw-medical-devices-act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Taiwan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Governing Issuance of Medical Device License, Listing and Annual Declaration - official English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global-apac-tw-registration-listing-regulations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Taiwan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Governing the Classification of Medical Devices - official English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global-apac-tw-device-classification-regulations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Taiwan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Governing the Inspection of the Medical Device Quality Management System and the Issuance of the Manufacturing License - official English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global-apac-tw-qms-inspection-regulations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Taiwan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Governing the Recall of Medical Devices - official English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global-apac-tw-medical-device-recall-regulations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Taiwan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Regulations Governing the Reporting of Serious Adverse Events of Medical Devices - official English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global-apac-tw-serious-adverse-event-regulations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Taiwan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english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Taiwan Medical Device UDI Database - Frequently Asked Questions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global-apac-tw-udi-platform-faq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Taiwan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udi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implementing binding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6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Cyber Security Management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saas-tw-cyber-security-management-act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Digital Affairs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english reference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scope limited law official translation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Signatures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saas-tw-electronic-signatures-act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Digital Affairs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english reference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 for current 2024 revision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Data Protection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saas-tw-personal-data-protection-act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Personal Data Protection Commission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english reference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 current version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TJ - Tajikistan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Resolution No. 210 of 3 May 2010 approving the certification procedure for medicines and medical goods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global-asia3-tj-certification-resolution-210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the Republic of Tajikistan, via Adlia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resolution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 current official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Government Resolution No. 96 of 27 February 2024 on state quality and safety control of medicines and medical goods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global-asia3-tj-quality-safety-resolution-96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the Republic of Tajikistan, via Adlia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resolution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the Republic of Tajikistan No. 1893 of 19 July 2022 On Medicines, Medical Goods and Pharmaceutical Activities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global-asia3-tj-medical-goods-law-1893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 of the Republic of Tajikistan, Centralized Legal Information Bank Adlia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law current official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Ministry Order No. 522 of 16 August 2023 on state registration of medicines, medical goods and parapharmaceutical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global-asia3-tj-registration-order-522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and Social Protection of the Population of the Republic of Tajikistan, via Adlia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ministerial order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registration procedure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TZ - Tanzania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8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Compendium of Guidelines for Marketing Authorization of Medical Devices, Diagnostics and Laboratory Equipment, June 2024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tanzania-market-authorization-compendium-2024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Tanzania Medicines and Medical Devices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market authorization compendium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Inspection and Enforcement - Medical Devices and Diagnostics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tanzania-device-qms-inspection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Tanzania Medicines and Medical Devices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qms inspection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Vigilance Publications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tanzania-device-vigilance-index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Tanzania Medicines and Medical Devices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vigilance guidelines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guidance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Procedures for Market Authorization of Medical Devices and Diagnostics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tanzania-device-market-authorization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Tanzania Medicines and Medical Devices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market authorization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Recall of Devices and Diagnostics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tanzania-device-recall-page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Tanzania Medicines and Medical Devices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recall operations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Tanzania Medicines and Medical Devices (Control of Medical Devices) Regulations, 2015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tanzania-control-medical-devices-regulations-2015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Tanzania Medicines and Medical Devices Authority / Government of Tanzania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official regulator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regulations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Tanzania Medicines and Medical Devices Act, Cap. 219, Revised Edition 2023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tanzania-medicines-medical-devices-act-cap219-re2023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Tanzania Medicines and Medical Devices Authority / United Republic of Tanzania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revised edition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revised edition subject to later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TMDA - Acts and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tanzania-tmda-acts-regulations-index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Tanzania Medicines and Medical Devices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binding instruments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TH - Thailand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8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Notification on Quality Systems for Importing or Selling Medical Devices B.E. 2566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global-apac-th-import-sale-quality-system-notification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Public Health / Thai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binding notification metadata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notification index not full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Thai FDA - Medical Device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global-apac-th-medical-device-act-monitor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Thai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statute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 and amendment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Thai FDA - Medical Device Safety and Vigilance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global-apac-th-vigilance-fsca-overview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Thai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vigilance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 implementing binding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Thai FDA - Relevant Laws and Standards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global-apac-th-device-laws-standards-monitor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Thai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binding instrument and guidance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Thai FDA - UDI and Full CSDT implementation materials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global-apac-th-udi-implementation-monitor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Thai Food and Drug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implementation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training and future implementation monitor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ETDA Electronic Transactions laws index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saas-th-electronic-transactions-law-index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Electronic Transactions Development Agency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primary law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index and noncontrolling translations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National Cyber Security Agency - Cybersecurity Act scope and establishment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saas-th-cybersecurity-act-2019-scope-notice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Cyber Security Agency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statutory scope notice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status and scope reference not full primary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Personal Data Protection Act B.E. 2562 (2019)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saas-th-personal-data-protection-act-2019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King / Royal Thai Government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gazette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core provisions effective 2022 06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TT - Trinidad &amp; Tobago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Chemistry, Food and Drugs Division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trinidad-tobago-cfdd-regulatory-hub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Chemistry Food and Drugs Division (CFDD)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mandate and monitor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and monitoring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Food and Drugs Act and Regulations, Chapter 30:01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trinidad-tobago-food-and-drugs-act-regulations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the Attorney General and Legal Affairs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law and regulations official revised copy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official copy subject to post-2016 amendment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the Importation of Rapid Antigen/Antibody Test Kits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trinidad-tobago-cfdd-rapid-test-device-import-guidance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Health, Chemistry Food and Drugs Division (CFDD)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category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administrative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TN - Tunisia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Communiqués et publications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tunisia-dpm-communications-monitor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of Medicines and Health Products / Directorate of Pharmacy and Medicines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current communications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notices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Enregistrement des dispositifs médicaux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tunisia-dpm-device-registration-page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of Medicines and Health Products / Directorate of Pharmacy and Medicines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operations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transitional operational source not 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Industrial Procedures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tunisia-dpm-manufacturing-procedures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of Medicines and Health Products / Directorate of Pharmacy and Medicines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manufacturing procedures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Notice to Medical-Device Importers - Technical Import Control and Registration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tunisia-2025-importer-technical-control-notice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of Medicines and Health Products / Directorate of Pharmacy and Medicines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transitional notice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notice not binding general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P-OP2-001-FR - Procédure de contrôle technique à l'importation des dispositifs médicaux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tunisia-cti-procedure-2025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Agency of Medicines and Health Products / Directorate of Pharmacy and Medicines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technical import control procedure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operational procedure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TM - Turkmenistan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Turkmenistan On Advertising - medical-equipment provisions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global-asia3-tm-medical-equipment-advertising-law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Justice of Turkmenistan, Legal Information Center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legal portal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law currency requires confirmation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Turkmenistan On Licensing Certain Types of Activities, new edition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global-asia3-tm-licensing-law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Turkmenistan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government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law official publication currency requires confirmation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Turkmenistan On Medicinal Provision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global-asia3-tm-medicinal-provision-law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Turkmenistan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government publication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law official publication currency requires confirmation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TR - Türkiye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İn Vitro Tanı Amaçlı Tıbbi Cihaz Yönetmeliği - IVD Medical Device Regulation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turkiye-ivd-regulation-38658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Türkiye / Mevzuat Bilgi Sistemi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consolidated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TİTCK - Medical-device legislation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turkiye-device-legislation-monitor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TİTCK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TİTCK - Product Tracking System (ÜTS)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turkiye-uts-vigilance-operations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TİTCK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registration system webpage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Tıbbi Cihaz Yönetmeliği - Medical Device Regulation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turkiye-medical-device-regulation-38657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Türkiye / Mevzuat Bilgi Sistemi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regulation consolidated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Signature Law No. 5070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saas-tr-electronic-signature-law-5070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Grand National Assembly / Presidential Legislation Information System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consolidation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6698 on the Protection of Personal Data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saas-tr-personal-data-protection-law-6698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Grand National Assembly / Personal Data Protection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english reference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translation reference current turkish text controls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UG - Uganda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on GMP for Surgical Instruments and Appliances, Revision 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uganda-nda-device-gmp-guideline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medical device gmp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inspection expectations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on Registration of Surgical Instruments and Appliances, Revision 0, 2020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uganda-nda-device-registration-guideline-2020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device registration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uganda-nda-medical-devices-hub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medical device requirements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National Drug and Health Products Authority Act, 2026 (Act 5 of 2026)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uganda-national-drug-health-products-authority-act-2026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Uganda Legal Information Institute / Government of Uganda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enacted statute official judiciary legal text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enacted uncommenced future law not current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National Drug Policy and Authority (Registration) Regulations, 2014 (S.I. No. 29 of 2014)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uganda-registration-regulations-si-29-2014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Uganda Legal Information Institute / Government of Uganda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statutory instrument official judiciary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National Drug Policy and Authority (Surgical Instruments and Appliances) Regulations, 2019 (S.I. No. 77 of 2019)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uganda-surgical-instruments-regulations-si-77-2019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Uganda Legal Information Institute / Government of Uganda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statutory instrument official judiciary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National Drug Policy and Authority Act, Chapter 198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uganda-ndpa-act-current-ulii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Uganda Legal Information Institute / National Drug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judiciary legal text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 version with outstanding amendment warning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</w:tbl>
    <w:p>
      <w:pPr>
        <w:pStyle w:val="Heading2"/>
      </w:pPr>
      <w:r>
        <w:t>UA - Ukraine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Resolution No. 753 of 2 October 2013 - Technical Regulation on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ukraine-medical-devices-technical-regulation-753-2013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Verkhovna Rada of Ukraine / Legislation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resolution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national technical regulation during transition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Resolution No. 754 of 2 October 2013 - Technical Regulation on In Vitro Diagnostic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ukraine-ivd-technical-regulation-754-2013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Verkhovna Rada of Ukraine / Legislation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resolution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national technical regulation during transition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Resolution No. 755 of 2 October 2013 - Technical Regulation on Active Implantable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ukraine-aimd-technical-regulation-755-2013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Verkhovna Rada of Ukraine / Legislation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resolution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national technical regulation during transition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Resolution No. 758 of 10 June 2026 - Technical Regulation on In Vitro Diagnostic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ukraine-ivd-technical-regulation-758-2026-future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Cabinet of Ministers of Ukraine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enacted government resolution official publication future operation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enacted national regulation with staged future application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Resolution No. 759 of 10 June 2026 - Technical Regulation on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ukraine-medical-devices-technical-regulation-759-2026-future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Cabinet of Ministers of Ukraine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enacted government resolution official publication future operation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enacted national regulation with staged future application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State Service notice on approval of new medical-device and IVD technical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ukraine-new-device-regulations-transition-notice-2026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Service of Ukraine on Medicines and Drugs Control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transition explanation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on enacted transition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AE - United Arab Emirates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8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EDE - Issuance of Marketing Authorization for a Medical Device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uae-device-marketing-authorization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Emirates Drug Establishment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service requirements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EDE - Legislation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uae-ede-legislation-monitor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Emirates Drug Establishment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legislation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EDE - Registration of a Manufacturer of Medical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uae-manufacturer-registration-import-qms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Emirates Drug Establishment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service requirements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EDE - Reporting Side Effects of Medicines and Medical Products for Individuals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uae-medical-product-adverse-reporting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Emirates Drug Establishment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adverse drug reaction reporting service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public reporting channel not manufacturer device vigilance rule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Decree-Law No. 38 of 2024 Governing Medical Products, Pharmacists and Pharmaceutical Establishments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uae-decree-law-38-2024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UAE Legislation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federal decree law current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federal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Decree-Law No. 34 of 2021 on Countering Rumors and Cybercrimes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saas-ae-cybercrimes-decree-law-34-2021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Government / UAE Legislation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federal decree law official english reference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criminal law effective 2022 01 02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Decree-Law No. 45 of 2021 Concerning the Protection of Personal Data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saas-ae-personal-data-protection-decree-law-45-2021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Government / UAE Legislation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federal decree law official english reference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federal law arabic controls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Decree-Law No. 46 of 2021 on Electronic Transactions and Trust Services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saas-ae-electronic-transactions-trust-services-46-2021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Government / UAE Legislation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federal decree law official english reference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arabic controls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GB - United Kingdom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Named baseline - legal review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41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(Post-market Surveillance Requirements) (Amendment) Regulations 2024 — SI 2024/1368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uk-pms-regulations-2024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Regulations 2002 - current revised CLML full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uk-medical-devices-regulations-current-clml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revised 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Regulations 2002 — SI 2002/618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uk-medical-devices-regulations-2002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Regulations 2002 — SI 2002/618, current revised contents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uk-medical-devices-regulations-current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revised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and Medical Devices Act 2021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uk-medicines-medical-devices-act-2021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 Parliament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and Medical Devices Act 2021 - current CLML full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uk-medicines-medical-devices-act-current-clml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 Parliament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Documentation for PMS Data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uk-mhra-more-pms-data-documents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implementation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Effective Field Safety Notices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uk-mhra-effective-fsn-guidance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FSCA 2.8 Changelog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uk-mhra-fsca-2-8-changelog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implementation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FSCA GB 2.8 Helptext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uk-mhra-fsca-gb-2-8-helptext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machine readable implementation artifact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GB MIR and FSCA Schema Implementation Guide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uk-mhra-gb-mir-fsca-schema-guide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implementation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GB XSD Files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uk-mhra-gb-xsd-files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machine readable implementation artifact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Guidance — Medical Devices Post-market Surveillance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uk-mhra-pms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Guidance — Regulating Medical Devices in the UK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uk-mhra-device-regulation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Manufacturers Online Reporting Environment (MORE)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uk-mhra-more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Medical Device Examples of Reportable Incidents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uk-mhra-reportable-incident-examples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MIR 7.2.1 Changelog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uk-mhra-mir-7-2-1-changelog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implementation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MIR GB 7.2.1 Helptext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uk-mhra-mir-gb-7-2-1-helptext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machine readable implementation artifact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MORE Platform API Setup Guide - Publication Page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uk-mhra-more-production-api-guide-landing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version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page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MORE Production API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uk-mhra-more-production-api-guide-2023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implementation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MORE Submissions Guide V6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uk-mhra-more-submissions-guide-v6-2025-12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implementation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MORE Submissions User Reference Guide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uk-mhra-more-submissions-guide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implementation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PMS Guidance - Introduction and Scope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uk-mhra-pms-introduction-scope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PMS Guidance - Requirements of the Manufacturer's PMS System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uk-mhra-pms-manufacturer-system-requirements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PMS Guidance - Vigilance Reporting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uk-mhra-pms-vigilance-reporting-requirements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PMS Obligations by Medical Device Type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uk-mhra-pms-obligations-by-device-type-2025-05-15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PMS Requirements - Summary of Main Changes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uk-mhra-pms-main-changes-summary-2025-05-15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PSUR Guidance for Approved Bodies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uk-mhra-psur-approved-body-guidance-2025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Standardised Format for the Periodic Safety Update Report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uk-mhra-psur-standardised-format-2025-09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Standardised Format for the Post-market Surveillance Report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uk-mhra-pmsr-standardised-format-2025-09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MHRA XML Files for Testing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uk-mhra-xml-test-files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MHRA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machine readable implementation artifact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Data (Use and Access) Act 2025 - Current CLML Full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uk-data-use-access-act-2025-current-clml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 Parliament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Data Protection Act 2018 - Current CLML Full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uk-data-protection-act-2018-current-clml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 Parliament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Communications Act 2000 - current revised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uk-electronic-communications-act-2000-current-clml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United Kingdom Parliament / The National Archives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current revised clml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uk statute subject to commencement and outstanding effects review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Equality Act 2010 - Current CLML Full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uk-equality-act-2010-current-clml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 Parliament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 conditional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Network and Information Systems Regulations 2018 - Current CLML Full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uk-nis-regulations-2018-current-clml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 conditional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Privacy and Electronic Communications (EC Directive) Regulations 2003 - current revised text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uk-pecr-2003-current-clml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United Kingdom Parliament / The National Archives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current revised clml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uk regulation subject to outstanding effects review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Public Sector Bodies (Websites and Mobile Applications) Accessibility Regulations 2018 — SI 2018/952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uk-public-sector-accessibility-2018-952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Sanctions and Anti-Money Laundering Act 2018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saas-xb-uk-sanctions-aml-act-2018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 Parliament / The National Archives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framework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7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The UK Sanctions List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saas-xb-uk-sanctions-list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 Government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dynamic official designations list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list not complete legal analysis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UK GDPR - Regulation (EU) 2016/679 as Applicable in UK Law, Current CLML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uk-gdpr-current-clml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UK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retained eu regulation full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 as amended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US - United States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Named baseline - legal review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180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10 CFR Part 30 — Rules of General Applicability to Domestic Licensing of Byproduct Material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us-10cfr-030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NRC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10 CFR Part 32 — Specific Domestic Licenses To Manufacture or Transfer Certain Items Containing Byproduct Material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us-10cfr-032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NRC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10 CFR Part 35 — Medical Use of Byproduct Material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us-10cfr-035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NRC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 — Administrative Practices and Procedures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us-21cfr-010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1000 — General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us-21cfr-1000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1002 — Records and Reports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us-21cfr-1002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1003 — Notification of Defects or Failure To Comply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us-21cfr-1003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1004 — Repurchase, Repairs, or Replacement of Electronic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us-21cfr-1004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1005 — Importation of Electronic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us-21cfr-1005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1010 — Performance Standards for Electronic Products: General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1020 — Performance Standards for Ionizing Radiation Emitting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1030 — Performance Standards for Microwave and Radio Frequency Emitting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us-21cfr-1030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1040 — Performance Standards for Light-Emitting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us-21cfr-1040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1050 — Performance Standards for Sonic, Infrasonic, and Ultrasonic Radiation-Emitting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us-21cfr-1050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radiation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11 — Electronic Records; Electronic Signatures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us-21cfr-011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1271 — Human Cells, Tissues, and Cellular and Tissue-Based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us-21cfr-1271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16 — Regulatory Hearing Before the FDA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us-21cfr-016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210 — Current Good Manufacturing Practice in Manufacturing, Processing, Packing, or Holding of Drugs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us-21cfr-210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211 — Current Good Manufacturing Practice for Finished Pharmaceuticals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us-21cfr-211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4 — Regulation of Combination Products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us-21cfr-004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50 — Protection of Human Subjects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us-21cfr-050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54 — Financial Disclosure by Clinical Investigators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us-21cfr-054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56 — Institutional Review Boards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us-21cfr-056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58 — Good Laboratory Practice for Nonclinical Laboratory Studies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us-21cfr-058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600 — Biological Products: General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us-21cfr-600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7 — Enforcement Policy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us-21cfr-007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800 — General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us-21cfr-800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801 — Labeling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us-21cfr-801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803 — Medical Device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us-21cfr-803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806 — Reports of Corrections and Removals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us-21cfr-806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807 — Establishment Registration and Device Listing; Premarket Notification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us-21cfr-807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808 — Exemptions From Federal Preemption of State and Local Medical Device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us-21cfr-808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809 — In Vitro Diagnostic Products for Human Use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us-21cfr-809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810 — Medical Device Recall Authority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812 — Investigational Device Exemptions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814 — Premarket Approval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us-21cfr-814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820 — Quality Management System Regulation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821 — Medical Device Tracking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822 — Postmarket Surveillance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830 — Unique Device Identification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us-21cfr-830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860 — Medical Device Classification Procedures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us-21cfr-860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862 — Clinical Chemistry and Clinical Toxicology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us-21cfr-862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864 — Hematology and Pathology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us-21cfr-864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866 — Immunology and Microbiology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us-21cfr-866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868 — Anesthesiology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us-21cfr-868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870 — Cardiovascular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us-21cfr-870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872 — Dental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us-21cfr-872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874 — Ear, Nose, and Throat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us-21cfr-874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876 — Gastroenterology-Urology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us-21cfr-876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878 — General and Plastic Surgery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us-21cfr-878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880 — General Hospital and Personal Use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us-21cfr-880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882 — Neurological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us-21cfr-882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884 — Obstetrical and Gynecological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us-21cfr-884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886 — Ophthalmic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us-21cfr-886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888 — Orthopedic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us-21cfr-888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890 — Physical Medicine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us-21cfr-890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892 — Radiology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us-21cfr-892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device classification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895 — Banned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us-21cfr-895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CFR Part 898 — Performance Standard for Electrode Lead Wires and Patient Cables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us-21cfr-898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performance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21 U.S.C. Chapter 9 — Federal Food, Drug, and Cosmetic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us-21usc-ch9-prelim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House Office of the Law Revision Counsel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codified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29 CFR Part 1904 — Recording and Reporting Occupational Injuries and Illnesses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us-29cfr-1904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OSHA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29 CFR Part 1910 — Occupational Safety and Health Standards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us-29cfr-1910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OSHA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40 CFR Part 262 — Standards Applicable to Generators of Hazardous Waste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us-40cfr-262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40 CFR Part 370 — Hazardous Chemical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us-40cfr-370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40 CFR Part 372 — Toxic Chemical Release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us-40cfr-372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40 CFR Part 63 Subpart O — Ethylene Oxide Emissions Standards for Sterilization Facilities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us-40cfr-063-subpart-o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42 CFR Part 1001 — Program Integrity; Exclusions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us-42cfr-1001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 OIG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42 CFR Part 11 — Clinical Trials Registration and Results Information Submission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us-42cfr-011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42 CFR Part 403 Subpart I — Transparency Reports and Reporting of Physician Ownership or Investment Interests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us-42cfr-403-subpart-i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CMS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42 CFR Part 424 — DMEPOS supplier standards and accreditation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us-42cfr-424-sections-57-58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CMS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45 CFR Part 46 — Protection of Human Subjects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us-45cfr-046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47 CFR Part 15 — Radio Frequency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us-47cfr-015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FCC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47 CFR Part 2 — Frequency Allocations and Radio Treaty Matters; General Rules and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us-47cfr-002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FCC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171 — General Information, Regulations, and Definitions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us-49cfr-171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172 — Hazardous Materials Table and Hazardous Materials Communications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us-49cfr-172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173 — Shippers: General Requirements for Shipments and Packagings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us-49cfr-173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174 — Carriage by Rail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us-49cfr-174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175 — Carriage by Aircraft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us-49cfr-175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176 — Carriage by Vessel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us-49cfr-176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177 — Carriage by Public Highway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us-49cfr-177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178 — Specifications for Packagings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us-49cfr-178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179 — Specifications for Tank Cars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us-49cfr-179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49 CFR Part 180 — Continuing Qualification and Maintenance of Packagings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us-49cfr-180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PHMSA / DOT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Applying Human Factors and Usability Engineering to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us-fda-human-factors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California Health and Safety Code Section 111615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ca-hsc-111615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California Legislature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Compliance Program 7382.850 — Inspection of Medical Device Manufacturers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us-fda-inspection-7382-850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inspection program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internal enforcement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Computer Software Assurance for Production and Quality Management System Software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us-fda-csa-2026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Content of Premarket Submissions for Device Software Functions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us-fda-device-software-submissions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Cybersecurity in Medical Devices: Quality Management System Considerations and Content of Premarket Submissions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us-fda-cybersecurity-2026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Deciding When to Submit a 510(k) for a Change to an Existing Device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fda-510k-device-change-guidance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Deciding When to Submit a 510(k) for a Software Change to an Existing Device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fda-510k-software-change-guidance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Distinguishing Medical Device Recalls from Medical Device Enhancements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fda-distinguishing-recall-from-enhancement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Electronic Submission of Medical Device Reports of Corrections and Removals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fda-part-806-electronic-submission-instructions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submission instructions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EPA Ethylene Oxide Emissions Standards for Sterilization Facilities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us-epa-eto-page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program material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explanatory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EPA Hazardous Waste Generator Regulatory Summary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us-epa-hw-generator-summary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EPA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506J Device List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us-fda-506j-device-list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dynamic regulator designation list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 designation with statutory effect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CPG 130.300 - Access to Quality Assurance Program Audits and Inspections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us-fda-cpg-130-300-qa-audit-access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compliance policy guide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agency enforcement policy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Draft Guidance - Quality Management System Information for Certain Premarket Submission Reviews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us-fda-draft-qmsr-premarket-qms-information-2025-10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draft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draft not for implementation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8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Electronic Medical Device Reporting (eMDR)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us-fda-emdr-operational-page-2026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Electronic Systems, Electronic Records, and Electronic Signatures in Clinical Investigations - Q&amp;A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us-fda-electronic-systems-records-signatures-clinical-investigations-2024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Final Guidance — Notifying FDA Under Section 506J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us-fda-506j-guidance-2025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implementing 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Guidances with Digital Health Content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us-fda-digital-health-guidance-index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explanatory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Initiation of Voluntary Recalls Under 21 CFR Part 7, Subpart C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us-fda-voluntary-recall-initiation-2022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Medical Device Reporting for Manufacturers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us-fda-mdr-manufacturers-guidance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Product Recalls, Including Removals and Corrections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us-fda-product-recalls-removals-corrections-2020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QMS Information for Premarket Reviews - Guidance Record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us-fda-draft-qmsr-premarket-qms-information-monitor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version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page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Quality Management System Regulation (QMSR) overview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us-fda-qmsr-overview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explanation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explanatory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Quality Management System Regulation Frequently Asked Questions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us-fda-qmsr-faq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faq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explanatory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Questions and Answers about eMDR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us-fda-emdr-qa-guidance-2014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Recognized Consensus Standards - General Category Results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us-fda-recognized-consensus-standards-general-results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version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page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Recognized Consensus Standards Database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us-fda-recognized-consensus-standards-database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version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page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FDA — Notify the FDA About a Medical Device Supply Issue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us-fda-506j-submission-page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operational webpage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Food, Drug, and Cosmetic Act — current GPO compilation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us-fdc-act-current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/ GPO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statute compilation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Florida Statutes Section 499.01 — Permits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fl-stat-499-01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Florida Legislature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FTC Health Products Compliance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us-ftc-health-claims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FTC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General Principles of Software Validation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us-fda-general-software-validation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Louisiana Revised Statutes Section 37:3461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la-rs-37-3461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Louisiana Legislature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Devices; Quality System Regulation Amendments — 89 FR 7496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us-qmsr-final-rule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rule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final rule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Devices; Quality System Regulation Amendments — Correction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us-qmsr-correction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rule correction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final rule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Off-The-Shelf Software Use in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us-fda-ots-software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Part 11, Electronic Records; Electronic Signatures — Scope and Application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us-fda-part11-guidance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final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 and enforcement policy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Recalls, Corrections and Removals (Devices)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fda-part-806-operational-page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FDA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Texas Medical Device Manufacturer and Distributor Licensing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tx-device-license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Texas DSHS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regulatory material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requirements and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15 CFR Part 762 — Recordkeeping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us-15cfr-762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15 U.S.C. Section 45 — FTC Act Section 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us-15usc-045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/ OLRC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codified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15 U.S.C. Section 7001 - Electronic Signatures in Global and National Commerce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us-esign-act-15usc-7001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United States Congress / Office of the Law Revision Counsel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codified statute current preliminary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federal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16 CFR Part 312 — Children's Online Privacy Protection Rule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us-16cfr-312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FTC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16 CFR Part 318 — Health Breach Notification Rule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us-16cfr-318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FTC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201 CMR 17.00 — Standards for Protection of Personal Information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ma-201cmr17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Massachusetts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28 CFR Part 35 — Nondiscrimination on the Basis of Disability in State and Local Government Services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us-28cfr-035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Justice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29 U.S.C. Section 794d — Rehabilitation Act Section 508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us-29usc-794d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Congress / OLRC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codified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32 CFR Part 170 — Cybersecurity Maturity Model Certification Program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us-32cfr-170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Defense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36 CFR Part 1194 — ICT Accessibility Standards and Guidelines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us-36cfr-1194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U.S. Access Board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42 CFR Part 2 — Confidentiality of Substance Use Disorder Patient Records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us-42cfr-002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42 U.S.C. Chapter 156 — Health Information Technology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us-hitech-ch156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House Office of the Law Revision Counsel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codified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45 CFR Part 160 — General Administrative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us-45cfr-160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45 CFR Part 164 — Security and Privacy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us-45cfr-164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regulation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45 CFR Part 84 - Nondiscrimination on the Basis of Disability in Programs or Activities Receiving Federal Financial Assistance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us-hhs-section504-45cfr-84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United States Department of Health and Human Services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snapshot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federal regulation conditional on hhs funding scope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740 ILCS 14 — Biometric Information Privacy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il-bipa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Illinois General Assembly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BIS Encryption Controls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us-bis-encryption-controls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U.S. Department of Commerce, Bureau of Industry and Security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export control guidance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guidance to binding EAR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California Civil Code Section 1798.100 — CCPA/CPRA starting section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ca-ccpa-start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California Legislature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California Civil Code Section 1798.81.5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ca-civ-1798-81-5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California Legislature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California Civil Code Section 1798.82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ca-civ-1798-82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California Legislature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California Civil Code Section 56.06 — Confidentiality of Medical Information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ca-cmia-56-06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California Legislature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Complying with FTC's Health Breach Notification Rule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us-ftc-hbnr-basics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FTC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Connecticut General Statutes Chapter 743jj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ct-ch743jj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Connecticut General Assembly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DFARS 252.204-7012 — Safeguarding Covered Defense Information and Cyber Incident Reporting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us-dfars-252-204-7012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Defense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procurement clause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when incorporated into contract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DFARS 252.204-7021 — Contractor Compliance with CMMC Level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us-dfars-252-204-7021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Defense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procurement clause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when incorporated into contract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DOJ 2026 Interim Final Rule Extending ADA Title II Web and Mobile Accessibility Deadlines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us-doj-ada-2026-ifr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Department of Justice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interim final rule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rule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Export Administration Regulations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saas-xb-us-export-administration-regulations-index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U.S. Department of Commerce, Bureau of Industry and Security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export control regulation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index to binding ear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FAR 52.204-21 — Basic Safeguarding of Covered Contractor Information Systems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us-far-52-204-21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Acquisition Regulatory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procurement clause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when incorporated into contract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FAR 52.246-11 — Higher-Level Contract Quality Requirement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us-far-52-246-11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Acquisition Regulatory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procurement clause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when incorporated into contract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Federal Acquisition Regulation Part 46 — Quality Assurance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us-far-part-46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Acquisition Regulatory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procurement regulation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when incorporated into contract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FedRAMP Scope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us-fedramp-scope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federal cloud program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when required for federal use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FTC Data Breach Response: A Guide for Business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us-ftc-breach-response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FTC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FTC Health Breach Notification Rule resource page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us-ftc-hbnr-rule-page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FTC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rule material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explanatory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HHS Business Associate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us-hhs-hipaa-business-associates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 OCR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HHS Guidance on HIPAA and Cloud Computing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us-hhs-hipaa-cloud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 OCR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HHS Guidance Regarding Methods for De-identification of PHI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us-hhs-hipaa-deidentification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 OCR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HHS OCR Extends Web and Mobile Accessibility Compliance Deadline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us-hhs-section504-web-deadline-extension-2026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United States Department of Health and Human Services, Office for Civil Rights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effective date announcement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noncontrolling summary of 2026 interim final rule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HHS Summary of the HIPAA Security Rule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us-hhs-hipaa-security-summary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 OCR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HIPAA Security Rule Notice of Proposed Rulemaking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us-hipaa-security-nprm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HHS OCR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proposed rule material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proposed not binding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Nevada Revised Statutes Chapter 603A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nv-nrs-603a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Nevada Legislature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New York General Business Law Section 899-aa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ny-gbl-899-aa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New York State Senate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New York General Business Law Section 899-bb — SHIELD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ny-gbl-899-bb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New York State Senate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NIST AI Risk Management Framework 1.0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nist-ai-rmf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NIST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framework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unless adopted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NIST Cybersecurity Framework 2.0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nist-csf-2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NIST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framework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unless adopted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NIST SP 800-171 Revision 3 — Protecting Controlled Unclassified Information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nist-sp-800-171r3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NIST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framework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contractual procurement baseline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6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NIST SP 800-207 — Zero Trust Architecture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nist-sp-800-207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NIST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unless adopted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NIST SP 800-218 — Secure Software Development Framework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nist-sp-800-218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NIST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framework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or procurement baseline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NIST SP 800-53 Revision 5 — Security and Privacy Controls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nist-sp-800-53r5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NIST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framework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or procurement baseline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NIST SP 800-61 Revision 3 — Incident Response Recommendations and Considerations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nist-sp-800-61r3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NIST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unless adopted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NIST SP 800-66 Revision 2 — Implementing the HIPAA Security Rule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nist-sp-800-66r2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NIST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OFAC - Belarus sanctions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belarus-ofac-sanctions-monitor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U.S. Department of the Treasury / Office of Foreign Assets Control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sanctions program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us sanctions program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OFAC - Russia-related sanctions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russia-ofac-sanctions-monitor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U.S. Department of the Treasury / OFAC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sanctions program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us sanctions program source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OFAC Sanctions Programs and Country Information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us-ofac-sanctions-programs-country-information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U.S. Department of the Treasury, Office of Foreign Assets Control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dynamic official sanctions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program index not self executing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RCW Chapter 19.373 — Washington My Health My Data Act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wa-mhmda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Washington Legislature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state statute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state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Section508.gov ACR and VPAT Frequently Asked Questions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us-section508-vpat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procurement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7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Section508.gov Software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us-section508-software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GSA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procurement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U.S. Access Board Information and Communication Technology Standards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us-access-board-ict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U.S. Access Board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technical material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explanatory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UY - Uruguay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4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Decreto 3/008 - Requisitos para reactivos de diagnostico, dispositivos terapeuticos y equipos medicos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uruguay-decree-3-008-medical-products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Poder Ejecutivo / Ministerio de Salud 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regulation full text web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regulation subject to amendment check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Que es la Tecnovigilancia?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uruguay-msp-technovigilance-current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vigilance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binding-implementation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Sector de Registro de Empresas - Departamento de Evaluacion de Tecnologia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uruguay-msp-company-registration-sector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Sector de Registro de Productos - Departamento de Evaluacion de Tecnologia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uruguay-msp-product-registration-sector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Ministerio de Salud Publica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UZ - Uzbekistan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6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Cabinet of Ministers Resolution No. 738 of 24 November 2025 approving state-registration regulations for medicines and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global-asia3-uz-cabinet-resolution-738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Cabinet of Ministers of the Republic of Uzbekistan, via LexUZ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cabinet resolution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 effective 2026 02 26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Information on safety of medicines and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global-asia3-uz-safety-monitoring-order-3752-page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Center for Pharmaceutical Products Safety under the Ministry of Health of the Republic of Uzbekistan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implementation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source for binding order not controlling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ISO 13485 requirements for medical-device manufacturers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global-asia3-uz-iso13485-2027-implementation-summary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Center for Pharmaceutical Products Safety under the Ministry of Health of the Republic of Uzbekistan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future requirement notice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explanation of enacted future measure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of the Republic of Uzbekistan On Medicinal Products and Pharmaceutical Activities, as restated by Law No. ZRU-399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global-asia3-uz-medicines-pharmaceutical-activities-law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Republic of Uzbekistan, LexUZ National Legislation Database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consolidated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law current official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8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New rules for classification of medical equipment approved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global-asia3-uz-classification-order-3751-summary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Center for Pharmaceutical Products Safety under the Ministry of Health of the Republic of Uzbekistan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explanatory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summary of registered binding order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Presidential Decree No. UP-137 of 19 August 2025 on reforming regulation of medicines and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global-asia3-uz-presidential-decree-up137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President of the Republic of Uzbekistan, via LexUZ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presidential decree official gazette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reform decree with staged effective dates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VE - Venezuela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3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Recaudos de Equipos Medicos - SACS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venezuela-sacs-device-procedure-hub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Servicio Autonomo de Contraloria Sanitaria (SACS)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procedure and monitor hub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administrative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Recaudos para el Registro Sanitario y/o Renovacion de Materiales y Equipos de Salud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venezuela-sacs-device-registration-requirements-2025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Servicio Autonomo de Contraloria Sanitaria (SACS)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administrative requirements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procedure not standalone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Recaudos para el Retiro del Mercado del Material o Equipo de Salud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venezuela-sacs-device-market-withdrawal-requirements-2025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Servicio Autonomo de Contraloria Sanitaria (SACS)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regulator administrative requirements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current procedure not standalone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VN - Vietnam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19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148/2025/ND-CP on decentralization and delegation in the health sector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global-apac-vn-decree-148-2025-health-decentralization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 / Official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decree official gazette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decree effective 2025-07-01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148/2025/ND-CP — Gazette 815-816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global-apac-vn-decree-148-2025-part-815-816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 / Official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decree official gazette part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controlling vietnamese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148/2025/ND-CP — Gazette 817-818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global-apac-vn-decree-148-2025-part-817-818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 / Official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decree official gazette part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controlling vietnamese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96/2023/ND-CP detailing the Law on Medical Examination and Treatment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global-apac-vn-decree-96-2023-clinical-trials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 / Official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decree official gazette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decree effective 2024-01-01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96/2023/ND-CP — Gazette 169-170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global-apac-vn-decree-96-2023-part-169-170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 / Official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decree official gazette part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controlling vietnamese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99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96/2023/ND-CP — Gazette 171-172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global-apac-vn-decree-96-2023-part-171-172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 / Official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decree official gazette part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controlling vietnamese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96/2023/ND-CP — Gazette 173-174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global-apac-vn-decree-96-2023-part-173-174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 / Official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decree official gazette part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controlling vietnamese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96/2023/ND-CP — Gazette 175-176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global-apac-vn-decree-96-2023-part-175-176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 / Official Gazette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decree official gazette part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controlling vietnamese text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No. 07/2023/ND-CP amending Decree No. 98/2021/ND-CP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global-apac-vn-decree-07-2023-amendment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amending decree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Decree No. 98/2021/ND-CP on Management of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global-apac-vn-decree-98-2021-medical-devices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Government of Vietnam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government decree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decree subject to amendments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Ministry of Health - amended medical-device administrative procedures under Circular 44/2025/TT-BYT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global-apac-vn-circular-44-2025-procedure-update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operational update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implementation notice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Ministry of Health consolidated text on medical-device management and classification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global-apac-vn-medical-device-decrees-consolidated-2024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consolidated legal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consolidation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Ministry of Health overview of Circular No. 05/2022/TT-BYT implementing Decree No. 98/2021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global-apac-vn-circular-05-2022-implementation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ministry explanatory overview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noncontrolling explanatory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Vietnam Medical Device Administration - Legal Documents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global-apac-vn-medical-device-legal-monitor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- Infrastructure and Medical Device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legal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binding instrument index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Vietnam Medical Device Administration Portal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global-apac-vn-device-registration-portal-monitor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Ministry of Health - Infrastructure and Medical Device Administration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registration and implementation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operational system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0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116/2025/QH15 on Cybersecurity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saas-vn-cybersecurity-law-116-2025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Government Legal Documents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effective 2026 07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134/2025/QH15 on Artificial Intelligence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saas-vn-artificial-intelligence-law-134-2025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Government Legal Documents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effective 2026 03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20/2023/QH15 on Electronic Transactions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saas-vn-electronic-transactions-law-20-2023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Government Legal Documents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effective 2024 07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Law No. 91/2025/QH15 on Personal Data Protection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saas-vn-personal-data-protection-law-91-2025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/ Government Legal Documents Portal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text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current law effective 2026 01 01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ZM - Zambia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7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Allied Substances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zambia-zamra-allied-substances-service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Zambia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medical device services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operational source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Grant of Marketing Authorisation of In Vitro Diagnostic Devices for Human Use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zambia-ivd-marketing-authorization-guideline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Zambia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ivd market authorization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Label and Instructions for Use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zambia-device-label-ifu-guideline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Zambia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device labeling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on Application for Grant of Marketing Authorisation of Non-IVDs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zambia-non-ivd-marketing-authorization-guideline-2024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Zambia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non ivd market authorization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 with operational requirements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on Recall of Medicines and Allied Substances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zambia-recall-allied-substances-guideline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Zambia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recall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on the Principles of Medical Devices Classifications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zambia-medical-device-classification-guideline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Zambia Medicines Regulatory Authority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device classification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1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and Allied Substances Act, No. 3 of 2013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zambia-medicines-allied-substances-act-2013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National Assembly of Zambia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statute official parliament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statute subject to amendment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2"/>
      </w:pPr>
      <w:r>
        <w:t>ZW - Zimbabwe</w:t>
      </w:r>
    </w:p>
    <w:p>
      <w:pPr>
        <w:pStyle w:val="RegisterMetadata"/>
      </w:pPr>
      <w:r>
        <w:rPr>
          <w:rFonts w:ascii="Calibri" w:hAnsi="Calibri"/>
          <w:b/>
          <w:color w:val="111827"/>
          <w:sz w:val="18"/>
        </w:rPr>
        <w:t xml:space="preserve">Readiness: </w:t>
      </w:r>
      <w:r>
        <w:rPr>
          <w:rFonts w:ascii="Calibri" w:hAnsi="Calibri"/>
          <w:color w:val="111827"/>
          <w:sz w:val="18"/>
        </w:rPr>
        <w:t>Catalogued - interpretation required</w:t>
      </w:r>
      <w:r>
        <w:rPr>
          <w:rFonts w:ascii="Calibri" w:hAnsi="Calibri"/>
          <w:b/>
          <w:color w:val="111827"/>
          <w:sz w:val="18"/>
        </w:rPr>
        <w:t xml:space="preserve">  |  Regional overlays: </w:t>
      </w:r>
      <w:r>
        <w:rPr>
          <w:rFonts w:ascii="Calibri" w:hAnsi="Calibri"/>
          <w:color w:val="111827"/>
          <w:sz w:val="18"/>
        </w:rPr>
        <w:t>None</w:t>
      </w:r>
      <w:r>
        <w:rPr>
          <w:rFonts w:ascii="Calibri" w:hAnsi="Calibri"/>
          <w:b/>
          <w:color w:val="111827"/>
          <w:sz w:val="18"/>
        </w:rPr>
        <w:t xml:space="preserve">  |  Local source records: </w:t>
      </w:r>
      <w:r>
        <w:rPr>
          <w:rFonts w:ascii="Calibri" w:hAnsi="Calibri"/>
          <w:color w:val="111827"/>
          <w:sz w:val="18"/>
        </w:rPr>
        <w:t>5</w:t>
      </w:r>
    </w:p>
    <w:p>
      <w:pPr>
        <w:pStyle w:val="TableCitationText"/>
      </w:pPr>
      <w:r>
        <w:t>Titles link to the catalogued official URL. Type and legal-status labels are preserved from the source catalog; evidence state reports acquisition and strict extraction only.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Guidelines for the Notification of Medicinal Product Problem or Defect and Recall Procedure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zimbabwe-mcaz-product-defect-recall-guideline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Control Authority of Zimbabwe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product problem recall guideline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nonbinding regulator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MCAZ Acts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zimbabwe-mcaz-acts-index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Control Authority of Zimbabwe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statutes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authentic consolidated statute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and Microbiology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zimbabwe-mcaz-device-regulatory-scope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Control Authority of Zimbabwe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medical device scope page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regulator current scope statement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Medical Devices Documents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zimbabwe-mcaz-medical-device-documents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Control Authority of Zimbabwe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regulator product specific device instruments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source index not binding instrument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Medicines and Allied Substances Control (Medical Devices) (Condoms) Regulations, 2005 (S.I. 183 of 2005)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zimbabwe-condom-regulations-si-183-2005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Medicines Control Authority of Zimbabwe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binding product specific regulation official regulator download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binding national regulation as amended not consolidated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r>
        <w:br w:type="page"/>
      </w:r>
    </w:p>
    <w:p>
      <w:pPr>
        <w:pStyle w:val="Heading1"/>
      </w:pPr>
      <w:r>
        <w:t>Global and international source register</w:t>
      </w:r>
    </w:p>
    <w:p>
      <w:pPr/>
      <w:r>
        <w:t>These records are global, international, MDSAP, or otherwise not assigned as a single country's local law. Their adoption, incorporation, contractual use, or national effect must be reviewed separately.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8C2CF" w:space="0"/>
          <w:left w:val="single" w:sz="4" w:color="B8C2CF" w:space="0"/>
          <w:bottom w:val="single" w:sz="4" w:color="B8C2CF" w:space="0"/>
          <w:right w:val="single" w:sz="4" w:color="B8C2CF" w:space="0"/>
          <w:insideH w:val="single" w:sz="4" w:color="B8C2CF" w:space="0"/>
          <w:insideV w:val="single" w:sz="4" w:color="B8C2CF" w:space="0"/>
        </w:tblBorders>
      </w:tblPr>
      <w:tblGrid>
        <w:gridCol w:w="3960"/>
        <w:gridCol w:w="1512"/>
        <w:gridCol w:w="2232"/>
        <w:gridCol w:w="1656"/>
      </w:tblGrid>
      <w:tr>
        <w:trPr>
          <w:tblHeader w:val="true"/>
          <w:cantSplit/>
        </w:trPr>
        <w:tc>
          <w:tcPr>
            <w:tcW w:type="dxa" w:w="3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Instrument / source ID</w:t>
            </w:r>
          </w:p>
        </w:tc>
        <w:tc>
          <w:tcPr>
            <w:tcW w:type="dxa" w:w="15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Authority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Type / legal status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6"/>
              </w:rPr>
              <w:t>Category / evidence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GHTF SG3 N15R8 - Risk Management Principles and Activities within a QMS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ghtf-sg3-n15r8-2005-risk-management-qms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GHTF / 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GHTF SG3 N17:2008 - Supplier Controls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ghtf-sg3-n17-2008-supplier-controls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GHTF / 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GHTF SG3 N18:2010 - CAPA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ghtf-sg3-n18-2010-capa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GHTF / 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GHTF SG3 N19:2012 - Nonconformity Grading System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ghtf-sg3-n19-2012-nonconformity-grading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GHTF / 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2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GHTF SG3 N99-10:2004 - Process Validation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ghtf-sg3-n99-10-2004-process-validation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GHTF / 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GHTF Study Group 3 - Quality Systems Collection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ghtf-sg3-qms-current-record-monitor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GHTF / 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collection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page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 AER Annexes Combined Code Browser - Release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imdrf-n43-aer-combined-codes-browser-2026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human readable terminology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 AER Terminology Release Notes - 2026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imdrf-n43-aer-release-notes-2026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release notes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 N43 AER Change Request Log - Release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imdrf-n43-aer-change-request-log-2026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machine readable change log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 N43 AER Terminology and Codes - Current Record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imdrf-n43-aer-current-record-monitor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version monitor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page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 N43 Annexes A-G Consolidated AER Codes - Release 2026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imdrf-n43-aer-codes-consolidated-2026-json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machine readable terminology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 N43 Annexes A-G Consolidated AER Codes - Release 2026, Revised June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imdrf-n43-aer-codes-consolidated-2026-xlsx-revised-june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machine readable terminology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technical artifact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 N43 Final:2020 Edition 4 - AER Terminology Framework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imdrf-n43-2020-ed4-aer-terminology-framework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IMDRF/CYBER WG/N60 FINAL:2020 — Principles and Practices for Medical Device Cybersecurity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imdrf-n60-2020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document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regulatory convergence document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3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IMDRF/CYBER WG/N70 FINAL:2023 — Cybersecurity of Legacy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imdrf-n70-2023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document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regulatory convergence document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IMDRF/CYBER WG/N73 FINAL:2023 — Software Bill of Materials for Medical Device Cybersecurity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imdrf-n73-2023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document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regulatory convergence document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IMDRF/GRRP WG/N47 FINAL:2024 Edition 2 — Essential Principles of Safety and Performance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imdrf-n47-2024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document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regulatory convergence document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IMDRF/SaMD WG/N23 FINAL:2015 — Application of Quality Management System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imdrf-n23-2015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IMDRF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technical document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regulatory convergence document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 F0037.1.001.02 - Nonconformity Grading Rubric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mdsap-au-f0037-1-nonconformity-grading-rubric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audit form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 P0002.010 — MDSAP Audit Approach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mdsap-audit-approach-2026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audit model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 P0008.008 - Audit Time Determination Procedure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mdsap-au-p0008-008-audit-time-determination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audit procedure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 P0019.005 - Audit Report Policy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mdsap-au-p0019-005-audit-report-policy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audit policy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 P0026.006 - Certification Document Requirements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mdsap-au-p0026-006-certificate-requirements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audit policy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 P0027.007 - Post-Audit Activities and Timeline Policy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mdsap-au-p0027-007-post-audit-timeline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audit policy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4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 P0037.002 - Nonconformity Grading Guidance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mdsap-au-p0037-002-nonconformity-grading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audit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Audit Approach Official Record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mdsap-audit-approach-record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document record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Audit Procedures and Forms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mdsap-audit-procedures-index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document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Audit Report Form F0019.1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mdsap-audit-report-form-f0019-1-current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program audit template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program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Document Library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mdsap-document-library-index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document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regulatory audit program material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MDSAP Nonconformity Form F0019.2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mdsap-nonconformity-form-f0019-2-current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program nonconformity template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program requirement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What to Expect in an Initial MDSAP Audit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mdsap-manufacturer-response-workflow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MDSAP Regulatory Authority Council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program operational guidance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program guidance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9B1C1C"/>
                <w:sz w:val="15"/>
              </w:rPr>
              <w:t>Transfer failed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6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WHO Global Benchmarking Tool — evaluation of national regulatory systems of medical devices and IVDs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who-gbt-medical-devices-ivds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World Health Organization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international regulatory benchmark framework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public framework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7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WHO Global Model Regulatory Framework for medical devices including IVDs — Annex 3, TRS 1045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who-global-model-regulatory-framework-2023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World Health Organization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international model regulatory framework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public framework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8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WHO list of transitional WLAs for medical devices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who-transitional-wla-medical-devices-2026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World Health Organization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dynamic regulatory reliance list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international reliance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59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WHO list of transitional WLAs for medical devices — official PDF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who-transitional-wla-medical-devices-list-2026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World Health Organization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dynamic regulatory reliance list official pdf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international reliance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Device / IVD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60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UNCITRAL electronic commerce texts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uncitral-electronic-commerce-texts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United Nations Commission on International Trade Law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international model law index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nonbinding model law discovery reference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61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WAI-ARIA 1.2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w3c-wai-aria-12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W3C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technical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unless adopted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62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Web Content Accessibility Guidelines (WCAG) 2.0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w3c-wcag-20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W3C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technical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incorporated or adopted when cited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63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Web Content Accessibility Guidelines (WCAG) 2.1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w3c-wcag-21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W3C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technical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incorporated or adopted when cited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64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Web Content Accessibility Guidelines (WCAG) 2.2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w3c-wcag-22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W3C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public technical standard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voluntary unless adopted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SaaS vendor-sale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  <w:tr>
        <w:trPr>
          <w:cantSplit/>
        </w:trPr>
        <w:tc>
          <w:tcPr>
            <w:tcW w:type="dxa" w:w="3960"/>
            <w:vAlign w:val="center"/>
          </w:tcPr>
          <w:p>
            <w:pPr>
              <w:pStyle w:val="SourceTableText"/>
            </w:pPr>
            <w:hyperlink r:id="rId1065">
              <w:r>
                <w:rPr>
                  <w:rFonts w:ascii="Calibri" w:hAnsi="Calibri"/>
                  <w:color w:val="2E74B5"/>
                  <w:u w:val="single"/>
                  <w:sz w:val="16"/>
                  <w:b/>
                </w:rPr>
                <w:t>UN M49 Standard country or area codes for statistical use — overview</w:t>
              </w:r>
            </w:hyperlink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Source ID: un-m49-country-area-overview</w:t>
            </w:r>
          </w:p>
        </w:tc>
        <w:tc>
          <w:tcPr>
            <w:tcW w:type="dxa" w:w="151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United Nations Statistics Division</w:t>
            </w:r>
          </w:p>
        </w:tc>
        <w:tc>
          <w:tcPr>
            <w:tcW w:type="dxa" w:w="2232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color w:val="111827"/>
                <w:sz w:val="16"/>
              </w:rPr>
              <w:t>official jurisdiction inventory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official discovery reference not law</w:t>
            </w:r>
          </w:p>
        </w:tc>
        <w:tc>
          <w:tcPr>
            <w:tcW w:type="dxa" w:w="1656"/>
            <w:vAlign w:val="center"/>
          </w:tcPr>
          <w:p>
            <w:pPr>
              <w:pStyle w:val="SourceTableText"/>
            </w:pPr>
            <w:r>
              <w:rPr>
                <w:rFonts w:ascii="Calibri" w:hAnsi="Calibri"/>
                <w:b/>
                <w:color w:val="0B2545"/>
                <w:sz w:val="16"/>
              </w:rPr>
              <w:t>Cross-cutting</w:t>
            </w:r>
          </w:p>
          <w:p>
            <w:pPr>
              <w:pStyle w:val="SourceTableMeta"/>
            </w:pPr>
            <w:r>
              <w:rPr>
                <w:rFonts w:ascii="Calibri" w:hAnsi="Calibri"/>
                <w:color w:val="5F6B7A"/>
                <w:sz w:val="15"/>
              </w:rPr>
              <w:t>Searchable</w:t>
            </w:r>
          </w:p>
        </w:tc>
      </w:tr>
    </w:tbl>
    <w:p>
      <w:pPr>
        <w:pStyle w:val="Heading1"/>
      </w:pPr>
      <w:r>
        <w:t>Activation gates</w:t>
      </w:r>
    </w:p>
    <w:p>
      <w:pPr>
        <w:spacing w:after="80" w:lineRule="auto" w:line="300"/>
        <w:numPr>
          <w:ilvl w:val="0"/>
          <w:numId w:val="11"/>
        </w:numPr>
      </w:pPr>
      <w:r>
        <w:t>official source complete</w:t>
      </w:r>
    </w:p>
    <w:p>
      <w:pPr>
        <w:spacing w:after="80" w:lineRule="auto" w:line="300"/>
        <w:numPr>
          <w:ilvl w:val="0"/>
          <w:numId w:val="11"/>
        </w:numPr>
      </w:pPr>
      <w:r>
        <w:t>controlling language reviewed</w:t>
      </w:r>
    </w:p>
    <w:p>
      <w:pPr>
        <w:spacing w:after="80" w:lineRule="auto" w:line="300"/>
        <w:numPr>
          <w:ilvl w:val="0"/>
          <w:numId w:val="11"/>
        </w:numPr>
      </w:pPr>
      <w:r>
        <w:t>licensed material complete</w:t>
      </w:r>
    </w:p>
    <w:p>
      <w:pPr>
        <w:spacing w:after="80" w:lineRule="auto" w:line="300"/>
        <w:numPr>
          <w:ilvl w:val="0"/>
          <w:numId w:val="11"/>
        </w:numPr>
      </w:pPr>
      <w:r>
        <w:t>qualified legal regulatory review approved</w:t>
      </w:r>
    </w:p>
    <w:p>
      <w:pPr>
        <w:spacing w:after="80" w:lineRule="auto" w:line="300"/>
        <w:numPr>
          <w:ilvl w:val="0"/>
          <w:numId w:val="11"/>
        </w:numPr>
      </w:pPr>
      <w:r>
        <w:t>requirements mapped</w:t>
      </w:r>
    </w:p>
    <w:p>
      <w:pPr>
        <w:spacing w:after="80" w:lineRule="auto" w:line="300"/>
        <w:numPr>
          <w:ilvl w:val="0"/>
          <w:numId w:val="11"/>
        </w:numPr>
      </w:pPr>
      <w:r>
        <w:t>implementation verified</w:t>
      </w:r>
    </w:p>
    <w:p>
      <w:pPr>
        <w:spacing w:after="80" w:lineRule="auto" w:line="300"/>
        <w:numPr>
          <w:ilvl w:val="0"/>
          <w:numId w:val="11"/>
        </w:numPr>
      </w:pPr>
      <w:r>
        <w:t>security privacy vendor sale approved</w:t>
      </w:r>
    </w:p>
    <w:p>
      <w:pPr>
        <w:spacing w:after="80" w:lineRule="auto" w:line="300"/>
        <w:numPr>
          <w:ilvl w:val="0"/>
          <w:numId w:val="11"/>
        </w:numPr>
      </w:pPr>
      <w:r>
        <w:t>customer validation pack released</w:t>
      </w:r>
    </w:p>
    <w:p>
      <w:pPr>
        <w:spacing w:after="80" w:lineRule="auto" w:line="300"/>
        <w:numPr>
          <w:ilvl w:val="0"/>
          <w:numId w:val="11"/>
        </w:numPr>
      </w:pPr>
      <w:r>
        <w:t>regulatory monitoring active</w:t>
      </w:r>
    </w:p>
    <w:p>
      <w:pPr>
        <w:pStyle w:val="Heading1"/>
      </w:pPr>
      <w:r>
        <w:t>Release caveats</w:t>
      </w:r>
    </w:p>
    <w:p>
      <w:pPr>
        <w:spacing w:after="80" w:lineRule="auto" w:line="300"/>
        <w:numPr>
          <w:ilvl w:val="0"/>
          <w:numId w:val="10"/>
        </w:numPr>
      </w:pPr>
      <w:r>
        <w:t>Licensed ISO, IEC, AICPA, national-standard, and other paywalled material must be obtained under appropriate rights and reviewed separately.</w:t>
      </w:r>
    </w:p>
    <w:p>
      <w:pPr>
        <w:spacing w:after="80" w:lineRule="auto" w:line="300"/>
        <w:numPr>
          <w:ilvl w:val="0"/>
          <w:numId w:val="10"/>
        </w:numPr>
      </w:pPr>
      <w:r>
        <w:t>Controlling-language review, qualified interpretation, applicability decisions, implementation, validation, customer configuration, and monitoring remain required.</w:t>
      </w:r>
    </w:p>
    <w:p>
      <w:pPr>
        <w:spacing w:after="80" w:lineRule="auto" w:line="300"/>
        <w:numPr>
          <w:ilvl w:val="0"/>
          <w:numId w:val="10"/>
        </w:numPr>
      </w:pPr>
      <w:r>
        <w:t>Product type, class, intended purpose, software status, clinical use, legal manufacturer, sites, supply chain, and data flows can trigger sources not determinable from a generic country list.</w:t>
      </w:r>
    </w:p>
    <w:p>
      <w:pPr>
        <w:spacing w:after="80" w:lineRule="auto" w:line="300"/>
        <w:numPr>
          <w:ilvl w:val="0"/>
          <w:numId w:val="10"/>
        </w:numPr>
      </w:pPr>
      <w:r>
        <w:t>This register is medical-device and IVD focused; incidental combination-product or adjacent sources do not create pharmaceutical or biologic product coverage.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7A5A00" w:space="0"/>
          <w:left w:val="single" w:sz="6" w:color="7A5A00" w:space="0"/>
          <w:bottom w:val="single" w:sz="6" w:color="7A5A00" w:space="0"/>
          <w:right w:val="single" w:sz="6" w:color="7A5A00" w:space="0"/>
          <w:insideH w:val="single" w:sz="6" w:color="7A5A00" w:space="0"/>
          <w:insideV w:val="single" w:sz="6" w:color="7A5A00" w:space="0"/>
        </w:tblBorders>
      </w:tblPr>
      <w:tblGrid>
        <w:gridCol w:w="9360"/>
      </w:tblGrid>
      <w:t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8E8" w:val="clear"/>
          </w:tcPr>
          <w:p>
            <w:pPr>
              <w:pStyle w:val="RegisterNote"/>
            </w:pPr>
            <w:r>
              <w:rPr>
                <w:rFonts w:ascii="Calibri" w:hAnsi="Calibri"/>
                <w:b/>
                <w:color w:val="7A5A00"/>
                <w:sz w:val="20"/>
              </w:rPr>
              <w:t>Approved external claim: source-traceable, claim-gated worldwide expansion baseline for medical-device and IVD eQMS workflows. Do not claim worldwide compliance, all laws downloaded, or support for a country until that country's activation evidence is approved.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120" w:type="dxa"/>
    </w:tblPr>
    <w:tblGrid>
      <w:gridCol w:w="6840"/>
      <w:gridCol w:w="2520"/>
    </w:tblGrid>
    <w:tr>
      <w:tc>
        <w:tcPr>
          <w:tcW w:type="dxa" w:w="6840"/>
          <w:tcMar>
            <w:top w:w="80" w:type="dxa"/>
            <w:bottom w:w="80" w:type="dxa"/>
            <w:start w:w="120" w:type="dxa"/>
            <w:end w:w="120" w:type="dxa"/>
          </w:tcMar>
          <w:vAlign w:val="center"/>
        </w:tcPr>
        <w:p>
          <w:r>
            <w:rPr>
              <w:rFonts w:ascii="Calibri" w:hAnsi="Calibri"/>
              <w:color w:val="5F6B7A"/>
              <w:sz w:val="17"/>
            </w:rPr>
            <w:t>Version 1.0 | 10 August 2026</w:t>
          </w:r>
        </w:p>
      </w:tc>
      <w:tc>
        <w:tcPr>
          <w:tcW w:type="dxa" w:w="2520"/>
          <w:tcMar>
            <w:top w:w="80" w:type="dxa"/>
            <w:bottom w:w="80" w:type="dxa"/>
            <w:start w:w="120" w:type="dxa"/>
            <w:end w:w="120" w:type="dxa"/>
          </w:tcMar>
          <w:vAlign w:val="center"/>
        </w:tcPr>
        <w:p>
          <w:pPr>
            <w:jc w:val="right"/>
          </w:pPr>
          <w:r>
            <w:rPr>
              <w:rFonts w:ascii="Calibri" w:hAnsi="Calibri"/>
              <w:color w:val="5F6B7A"/>
              <w:sz w:val="17"/>
            </w:rPr>
            <w:t xml:space="preserve">Page </w:t>
          </w:r>
          <w:r>
            <w:rPr>
              <w:rFonts w:ascii="Calibri" w:hAnsi="Calibri"/>
              <w:color w:val="5F6B7A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120" w:type="dxa"/>
    </w:tblPr>
    <w:tblGrid>
      <w:gridCol w:w="4680"/>
      <w:gridCol w:w="4680"/>
    </w:tblGrid>
    <w:tr>
      <w:tc>
        <w:tcPr>
          <w:tcW w:type="dxa" w:w="4680"/>
          <w:tcMar>
            <w:top w:w="80" w:type="dxa"/>
            <w:bottom w:w="80" w:type="dxa"/>
            <w:start w:w="120" w:type="dxa"/>
            <w:end w:w="120" w:type="dxa"/>
          </w:tcMar>
          <w:vAlign w:val="center"/>
        </w:tcPr>
        <w:p>
          <w:r>
            <w:rPr>
              <w:rFonts w:ascii="Calibri" w:hAnsi="Calibri"/>
              <w:b/>
              <w:color w:val="5F6B7A"/>
              <w:sz w:val="16"/>
            </w:rPr>
            <w:t>REGULATORY COVERAGE REGISTER</w:t>
          </w:r>
        </w:p>
      </w:tc>
      <w:tc>
        <w:tcPr>
          <w:tcW w:type="dxa" w:w="4680"/>
          <w:tcMar>
            <w:top w:w="80" w:type="dxa"/>
            <w:bottom w:w="80" w:type="dxa"/>
            <w:start w:w="120" w:type="dxa"/>
            <w:end w:w="120" w:type="dxa"/>
          </w:tcMar>
          <w:vAlign w:val="center"/>
        </w:tcPr>
        <w:p>
          <w:pPr>
            <w:jc w:val="right"/>
          </w:pPr>
          <w:r>
            <w:rPr>
              <w:rFonts w:ascii="Calibri" w:hAnsi="Calibri"/>
              <w:color w:val="5F6B7A"/>
              <w:sz w:val="16"/>
            </w:rPr>
            <w:t>Medical Device + IVD eQMS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1"/>
        <w:spacing w:after="80" w:line="300" w:lineRule="auto"/>
      </w:pPr>
      <w:rPr>
        <w:rFonts w:ascii="Symbol" w:hAnsi="Symbol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Rule="auto" w:line="300"/>
    </w:pPr>
    <w:rPr>
      <w:rFonts w:ascii="Calibri" w:hAnsi="Calibri"/>
      <w:b w:val="0"/>
      <w:color w:val="1118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Rule="auto" w:line="2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Rule="auto" w:line="2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Rule="auto" w:line="24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gisterTitle">
    <w:name w:val="Register Title"/>
    <w:pPr>
      <w:spacing w:before="0" w:after="80" w:lineRule="auto" w:line="240"/>
    </w:pPr>
    <w:rPr>
      <w:rFonts w:ascii="Calibri" w:hAnsi="Calibri"/>
      <w:b/>
      <w:color w:val="111827"/>
      <w:sz w:val="50"/>
    </w:rPr>
  </w:style>
  <w:style w:type="paragraph" w:customStyle="1" w:styleId="RegisterSubtitle">
    <w:name w:val="Register Subtitle"/>
    <w:pPr>
      <w:spacing w:before="0" w:after="280" w:lineRule="auto" w:line="240"/>
    </w:pPr>
    <w:rPr>
      <w:rFonts w:ascii="Calibri" w:hAnsi="Calibri"/>
      <w:b w:val="0"/>
      <w:color w:val="5F6B7A"/>
      <w:sz w:val="28"/>
    </w:rPr>
  </w:style>
  <w:style w:type="paragraph" w:customStyle="1" w:styleId="RegisterKicker">
    <w:name w:val="Register Kicker"/>
    <w:pPr>
      <w:spacing w:before="0" w:after="80" w:lineRule="auto" w:line="240"/>
    </w:pPr>
    <w:rPr>
      <w:rFonts w:ascii="Calibri" w:hAnsi="Calibri"/>
      <w:b/>
      <w:color w:val="1F4D78"/>
      <w:sz w:val="18"/>
    </w:rPr>
  </w:style>
  <w:style w:type="paragraph" w:customStyle="1" w:styleId="RegisterMetadata">
    <w:name w:val="Register Metadata"/>
    <w:pPr>
      <w:spacing w:before="0" w:after="40" w:lineRule="auto" w:line="240"/>
    </w:pPr>
    <w:rPr>
      <w:rFonts w:ascii="Calibri" w:hAnsi="Calibri"/>
      <w:b w:val="0"/>
      <w:color w:val="111827"/>
      <w:sz w:val="19"/>
    </w:rPr>
  </w:style>
  <w:style w:type="paragraph" w:customStyle="1" w:styleId="RegisterNote">
    <w:name w:val="Register Note"/>
    <w:pPr>
      <w:spacing w:before="80" w:after="120" w:lineRule="auto" w:line="276"/>
    </w:pPr>
    <w:rPr>
      <w:rFonts w:ascii="Calibri" w:hAnsi="Calibri"/>
      <w:b w:val="0"/>
      <w:color w:val="0B2545"/>
      <w:sz w:val="20"/>
    </w:rPr>
  </w:style>
  <w:style w:type="paragraph" w:customStyle="1" w:styleId="TableCitationText">
    <w:name w:val="Table Citation Text"/>
    <w:pPr>
      <w:spacing w:before="80" w:after="80" w:lineRule="auto" w:line="240"/>
    </w:pPr>
    <w:rPr>
      <w:rFonts w:ascii="Calibri" w:hAnsi="Calibri"/>
      <w:b w:val="0"/>
      <w:color w:val="5F6B7A"/>
      <w:sz w:val="17"/>
    </w:rPr>
  </w:style>
  <w:style w:type="paragraph" w:customStyle="1" w:styleId="SourceTableText">
    <w:name w:val="Source Table Text"/>
    <w:pPr>
      <w:spacing w:before="0" w:after="0" w:lineRule="auto" w:line="240"/>
    </w:pPr>
    <w:rPr>
      <w:rFonts w:ascii="Calibri" w:hAnsi="Calibri"/>
      <w:b w:val="0"/>
      <w:color w:val="111827"/>
      <w:sz w:val="16"/>
    </w:rPr>
  </w:style>
  <w:style w:type="paragraph" w:customStyle="1" w:styleId="SourceTableMeta">
    <w:name w:val="Source Table Meta"/>
    <w:pPr>
      <w:spacing w:before="0" w:after="0" w:lineRule="auto" w:line="240"/>
    </w:pPr>
    <w:rPr>
      <w:rFonts w:ascii="Calibri" w:hAnsi="Calibri"/>
      <w:b w:val="0"/>
      <w:color w:val="5F6B7A"/>
      <w:sz w:val="1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health.ec.europa.eu/document/download/c6032b3e-a8c6-4be5-9d61-ce6a7e4ce355_en?filename=md_art10a_decision-tree_en.pdf" TargetMode="External"/><Relationship Id="rId12" Type="http://schemas.openxmlformats.org/officeDocument/2006/relationships/hyperlink" Target="https://health.ec.europa.eu/document/download/919061d9-5dfa-4d0b-ab9b-3543eed98f76_en?filename=md_mdc-2024-16_en.pdf" TargetMode="External"/><Relationship Id="rId13" Type="http://schemas.openxmlformats.org/officeDocument/2006/relationships/hyperlink" Target="https://health.ec.europa.eu/document/download/b4a7dea7-ae73-4e13-a8a8-11dcd2678d38_en?filename=md_mdc-2024-16_annex_en.pdf" TargetMode="External"/><Relationship Id="rId14" Type="http://schemas.openxmlformats.org/officeDocument/2006/relationships/hyperlink" Target="https://eur-lex.europa.eu/legal-content/EN/TXT/PDF/?uri=CELEX:32025D2371" TargetMode="External"/><Relationship Id="rId15" Type="http://schemas.openxmlformats.org/officeDocument/2006/relationships/hyperlink" Target="https://eur-lex.europa.eu/eli/reg_del/2023/502/oj/eng/pdf" TargetMode="External"/><Relationship Id="rId16" Type="http://schemas.openxmlformats.org/officeDocument/2006/relationships/hyperlink" Target="https://eur-lex.europa.eu/eli/reg_del/2023/503/oj/eng/pdf" TargetMode="External"/><Relationship Id="rId17" Type="http://schemas.openxmlformats.org/officeDocument/2006/relationships/hyperlink" Target="https://eur-lex.europa.eu/eli/reg_del/2026/1359/oj/eng/pdf" TargetMode="External"/><Relationship Id="rId18" Type="http://schemas.openxmlformats.org/officeDocument/2006/relationships/hyperlink" Target="https://eur-lex.europa.eu/eli/reg_del/2026/1451/oj/eng/pdf" TargetMode="External"/><Relationship Id="rId19" Type="http://schemas.openxmlformats.org/officeDocument/2006/relationships/hyperlink" Target="https://eur-lex.europa.eu/legal-content/EN/TXT/PDF/?uri=CELEX:32019D0939" TargetMode="External"/><Relationship Id="rId20" Type="http://schemas.openxmlformats.org/officeDocument/2006/relationships/hyperlink" Target="https://eur-lex.europa.eu/eli/dec_impl/2024/2120/oj/eng/pdf" TargetMode="External"/><Relationship Id="rId21" Type="http://schemas.openxmlformats.org/officeDocument/2006/relationships/hyperlink" Target="https://eur-lex.europa.eu/legal-content/EN/TXT/PDF/?uri=CELEX:32017R2185" TargetMode="External"/><Relationship Id="rId22" Type="http://schemas.openxmlformats.org/officeDocument/2006/relationships/hyperlink" Target="https://eur-lex.europa.eu/legal-content/EN/TXT/PDF/?uri=CELEX:32021R2078" TargetMode="External"/><Relationship Id="rId23" Type="http://schemas.openxmlformats.org/officeDocument/2006/relationships/hyperlink" Target="https://eur-lex.europa.eu/eli/reg_impl/2021/2226/2025-07-16/eng/pdf" TargetMode="External"/><Relationship Id="rId24" Type="http://schemas.openxmlformats.org/officeDocument/2006/relationships/hyperlink" Target="https://eur-lex.europa.eu/eli/reg_impl/2022/1107/oj/eng/pdf" TargetMode="External"/><Relationship Id="rId25" Type="http://schemas.openxmlformats.org/officeDocument/2006/relationships/hyperlink" Target="https://eur-lex.europa.eu/eli/reg_impl/2022/944/oj/eng/pdf" TargetMode="External"/><Relationship Id="rId26" Type="http://schemas.openxmlformats.org/officeDocument/2006/relationships/hyperlink" Target="https://eur-lex.europa.eu/eli/reg_impl/2023/2713/oj/eng/pdf" TargetMode="External"/><Relationship Id="rId27" Type="http://schemas.openxmlformats.org/officeDocument/2006/relationships/hyperlink" Target="https://eur-lex.europa.eu/eli/reg_impl/2025/2526/oj/eng/pdf" TargetMode="External"/><Relationship Id="rId28" Type="http://schemas.openxmlformats.org/officeDocument/2006/relationships/hyperlink" Target="https://eur-lex.europa.eu/eli/reg_impl/2026/977/oj/eng/pdf" TargetMode="External"/><Relationship Id="rId29" Type="http://schemas.openxmlformats.org/officeDocument/2006/relationships/hyperlink" Target="https://health.ec.europa.eu/document/download/dfd7a1c6-f319-4682-9bac-77bef1165818_en?filename=mdr_qna-ext-ivdr.pdf" TargetMode="External"/><Relationship Id="rId30" Type="http://schemas.openxmlformats.org/officeDocument/2006/relationships/hyperlink" Target="https://health.ec.europa.eu/document/download/0e7327c7-0e06-4fbd-90d3-8ab7bb30fe9f_en?filename=eudamed-qa_en.pdf" TargetMode="External"/><Relationship Id="rId31" Type="http://schemas.openxmlformats.org/officeDocument/2006/relationships/hyperlink" Target="https://health.ec.europa.eu/document/download/8d305550-dd22-4dad-8463-2ddb4a1345f1_en" TargetMode="External"/><Relationship Id="rId32" Type="http://schemas.openxmlformats.org/officeDocument/2006/relationships/hyperlink" Target="https://health.ec.europa.eu/medical-devices-topics-interest/harmonised-standards_en" TargetMode="External"/><Relationship Id="rId33" Type="http://schemas.openxmlformats.org/officeDocument/2006/relationships/hyperlink" Target="https://health.ec.europa.eu/document/download/6fd3a214-89de-4f16-a7d2-746271068cc7_en?filename=md_new-reg_fsca-report_en.pdf" TargetMode="External"/><Relationship Id="rId34" Type="http://schemas.openxmlformats.org/officeDocument/2006/relationships/hyperlink" Target="https://eur-lex.europa.eu/legal-content/EN/TXT/PDF/?uri=CELEX:02021D1182-20260617" TargetMode="External"/><Relationship Id="rId35" Type="http://schemas.openxmlformats.org/officeDocument/2006/relationships/hyperlink" Target="https://eur-lex.europa.eu/legal-content/EN/TXT/PDF/?uri=CELEX:02021D1195-20260617" TargetMode="External"/><Relationship Id="rId36" Type="http://schemas.openxmlformats.org/officeDocument/2006/relationships/hyperlink" Target="https://eur-lex.europa.eu/eli/reg/2017/746/corrigendum/2019-05-03/oj/eng/pdf" TargetMode="External"/><Relationship Id="rId37" Type="http://schemas.openxmlformats.org/officeDocument/2006/relationships/hyperlink" Target="https://eur-lex.europa.eu/eli/reg/2017/746/corrigendum/2019-12-27/oj/eng/pdf" TargetMode="External"/><Relationship Id="rId38" Type="http://schemas.openxmlformats.org/officeDocument/2006/relationships/hyperlink" Target="https://health.ec.europa.eu/document/download/6d4a14de-c05f-4d50-975f-f20dfa0fa1c2_en?filename=md_new-reg_mir-changelog-v7.3.1_en.txt" TargetMode="External"/><Relationship Id="rId39" Type="http://schemas.openxmlformats.org/officeDocument/2006/relationships/hyperlink" Target="https://health.ec.europa.eu/document/download/e8ce9f53-82cb-44c8-a06e-91ad71c16b01_en?filename=md_new-reg_mir-form-v7.3.1_en.pdf" TargetMode="External"/><Relationship Id="rId40" Type="http://schemas.openxmlformats.org/officeDocument/2006/relationships/hyperlink" Target="https://health.ec.europa.eu/document/download/dc6acc1b-f1ae-4512-b838-2fae869124c3_en?filename=md_new-reg_mir-help-v7.3.1_en.pdf" TargetMode="External"/><Relationship Id="rId41" Type="http://schemas.openxmlformats.org/officeDocument/2006/relationships/hyperlink" Target="https://health.ec.europa.eu/document/download/12d3a3db-b089-482d-b0d1-44e7cd2324da_en?filename=md_new-reg_mir-xsd-xsl-v7.3.1_en.zip" TargetMode="External"/><Relationship Id="rId42" Type="http://schemas.openxmlformats.org/officeDocument/2006/relationships/hyperlink" Target="https://health.ec.europa.eu/document/download/b45335c5-1679-4c71-a91c-fc7a4d37f12b_en?filename=mdcg_2019_11_en.pdf" TargetMode="External"/><Relationship Id="rId43" Type="http://schemas.openxmlformats.org/officeDocument/2006/relationships/hyperlink" Target="https://health.ec.europa.eu/document/download/b23b362f-8a56-434c-922a-5b3ca4d0a7a1_en?filename=md_cybersecurity_en.pdf" TargetMode="External"/><Relationship Id="rId44" Type="http://schemas.openxmlformats.org/officeDocument/2006/relationships/hyperlink" Target="https://health.ec.europa.eu/document/download/463b4f08-44a2-4018-9957-488bf386fc3a_en?filename=md_mdcg_2019_7_guidance_art15_mdr_ivdr_en.pdf" TargetMode="External"/><Relationship Id="rId45" Type="http://schemas.openxmlformats.org/officeDocument/2006/relationships/hyperlink" Target="https://health.ec.europa.eu/system/files/2020-09/md_mdcg_2020_1_guidance_clinic_eva_md_software_en_0.pdf" TargetMode="External"/><Relationship Id="rId46" Type="http://schemas.openxmlformats.org/officeDocument/2006/relationships/hyperlink" Target="https://health.ec.europa.eu/document/download/12f9756a-1e0d-4aed-9783-d948553f1705_en?filename=md_mdcg_2020_guidance_classification_ivd-md_en.pdf" TargetMode="External"/><Relationship Id="rId47" Type="http://schemas.openxmlformats.org/officeDocument/2006/relationships/hyperlink" Target="https://health.ec.europa.eu/document/download/800e8e87-d4eb-4cc5-b5ad-07a9146d7c90_en?filename=mdcg_2020-3_en_1.pdf" TargetMode="External"/><Relationship Id="rId48" Type="http://schemas.openxmlformats.org/officeDocument/2006/relationships/hyperlink" Target="https://health.ec.europa.eu/document/download/a5cdb303-c782-4010-8723-7d389af678f7_en?filename=md_mdcg_2020_7_guidance_pmcf_plan_template_en.pdf" TargetMode="External"/><Relationship Id="rId49" Type="http://schemas.openxmlformats.org/officeDocument/2006/relationships/hyperlink" Target="https://health.ec.europa.eu/document/download/11121036-696a-4589-a311-c5525bd84df3_en?filename=md_mdcg_2020_8_guidance_pmcf_evaluation_report_en.pdf" TargetMode="External"/><Relationship Id="rId50" Type="http://schemas.openxmlformats.org/officeDocument/2006/relationships/hyperlink" Target="https://health.ec.europa.eu/document/download/64443e95-e1be-4ffd-80f7-9c6a1b0b99b6_en?filename=md_2021-19_en.pdf" TargetMode="External"/><Relationship Id="rId51" Type="http://schemas.openxmlformats.org/officeDocument/2006/relationships/hyperlink" Target="https://health.ec.europa.eu/document/download/cbb19821-a517-4e13-bf87-fdc6ddd1782e_en?filename=mdcg_2021-24_en.pdf" TargetMode="External"/><Relationship Id="rId52" Type="http://schemas.openxmlformats.org/officeDocument/2006/relationships/hyperlink" Target="https://health.ec.europa.eu/document/download/cbb11a6e-f0f3-4e30-af5e-990f9ef68bc1_en?filename=md_mdcg_2021_25_en.pdf" TargetMode="External"/><Relationship Id="rId53" Type="http://schemas.openxmlformats.org/officeDocument/2006/relationships/hyperlink" Target="https://health.ec.europa.eu/document/download/59ac4cb0-f187-4ca2-814d-82c42cde5408_en?filename=md_mdcg_2021_5_en.pdf" TargetMode="External"/><Relationship Id="rId54" Type="http://schemas.openxmlformats.org/officeDocument/2006/relationships/hyperlink" Target="https://health.ec.europa.eu/system/files/2022-07/md_mdcg_2022-12_guidance-admpractice_techsol_eudamed_en_0.pdf" TargetMode="External"/><Relationship Id="rId55" Type="http://schemas.openxmlformats.org/officeDocument/2006/relationships/hyperlink" Target="https://health.ec.europa.eu/document/download/9518a759-24ce-4e15-83a5-e7b383911000_en?filename=mdcg_2022-15_en.pdf" TargetMode="External"/><Relationship Id="rId56" Type="http://schemas.openxmlformats.org/officeDocument/2006/relationships/hyperlink" Target="https://health.ec.europa.eu/document/download/4e1f946d-a71a-42c7-bd98-0e9977752669_en?filename=mdcg_2022-19_en.pdf" TargetMode="External"/><Relationship Id="rId57" Type="http://schemas.openxmlformats.org/officeDocument/2006/relationships/hyperlink" Target="https://health.ec.europa.eu/document/download/f373538f-939c-472f-9536-436b6ddac085_en?filename=mdcg_2022-2_en.pdf" TargetMode="External"/><Relationship Id="rId58" Type="http://schemas.openxmlformats.org/officeDocument/2006/relationships/hyperlink" Target="https://health.ec.europa.eu/document/download/6a354f46-8308-4d60-a36d-2ef1ba56e41a_en?filename=mdcg_2022-20_en.pdf" TargetMode="External"/><Relationship Id="rId59" Type="http://schemas.openxmlformats.org/officeDocument/2006/relationships/hyperlink" Target="https://health.ec.europa.eu/document/download/a7df24c3-d4a3-4218-a8e0-726febfa01c2_en?filename=mdcg_2022-21_en.pdf" TargetMode="External"/><Relationship Id="rId60" Type="http://schemas.openxmlformats.org/officeDocument/2006/relationships/hyperlink" Target="https://health.ec.europa.eu/document/download/ebbc4f6a-4945-4d5d-9c22-9bc1aafc5532_en?filename=mdcg_2022-3_en.pdf" TargetMode="External"/><Relationship Id="rId61" Type="http://schemas.openxmlformats.org/officeDocument/2006/relationships/hyperlink" Target="https://health.ec.europa.eu/document/download/e5714b2b-e98b-4fce-b5ff-d9141a8f30e1_en?filename=mdcg_2022-4_en.pdf" TargetMode="External"/><Relationship Id="rId62" Type="http://schemas.openxmlformats.org/officeDocument/2006/relationships/hyperlink" Target="https://health.ec.europa.eu/document/download/14c2d8dd-8489-4db5-b035-1c174f17fb54_en?filename=mdcg_2022-6.pdf" TargetMode="External"/><Relationship Id="rId63" Type="http://schemas.openxmlformats.org/officeDocument/2006/relationships/hyperlink" Target="https://health.ec.europa.eu/document/download/76f9983e-164c-45f1-b2b9-c9e5050cefe9_en?filename=mdcg_2022-8_en.pdf" TargetMode="External"/><Relationship Id="rId64" Type="http://schemas.openxmlformats.org/officeDocument/2006/relationships/hyperlink" Target="https://health.ec.europa.eu/document/download/b7cf356f-733f-4dce-9800-0933ff73622a_en?filename=mdcg_2022-9_en.pdf" TargetMode="External"/><Relationship Id="rId65" Type="http://schemas.openxmlformats.org/officeDocument/2006/relationships/hyperlink" Target="https://health.ec.europa.eu/document/download/05b15d55-1bcf-4e17-99c4-15c706325847_en?filename=mdcg_2023-1_en.pdf" TargetMode="External"/><Relationship Id="rId66" Type="http://schemas.openxmlformats.org/officeDocument/2006/relationships/hyperlink" Target="https://health.ec.europa.eu/document/download/af1433fd-ed64-4c53-abc7-612a7f16f976_en?filename=mdcg_2023-3_en.pdf" TargetMode="External"/><Relationship Id="rId67" Type="http://schemas.openxmlformats.org/officeDocument/2006/relationships/hyperlink" Target="https://health.ec.europa.eu/document/download/b2c4e715-f2b4-4d24-af60-056b5d41a72e_en?filename=md_mdcg_2023-4_software_en.pdf" TargetMode="External"/><Relationship Id="rId68" Type="http://schemas.openxmlformats.org/officeDocument/2006/relationships/hyperlink" Target="https://health.ec.europa.eu/document/download/12b92152-371f-404d-a865-93800cd5cdca_en?filename=mdcg_2024-11_en.pdf" TargetMode="External"/><Relationship Id="rId69" Type="http://schemas.openxmlformats.org/officeDocument/2006/relationships/hyperlink" Target="https://health.ec.europa.eu/document/download/5cc894e0-331d-4fa2-8ab3-cdd4437c48fc_en?filename=mdcg_2024-4_en.pdf" TargetMode="External"/><Relationship Id="rId70" Type="http://schemas.openxmlformats.org/officeDocument/2006/relationships/hyperlink" Target="https://health.ec.europa.eu/document/download/a9ad86b7-1b8e-4bae-beb4-48b2b3ed2f05_en?filename=mdcg_2025-10_en.pdf" TargetMode="External"/><Relationship Id="rId71" Type="http://schemas.openxmlformats.org/officeDocument/2006/relationships/hyperlink" Target="https://health.ec.europa.eu/document/download/ec9b0f40-7f82-43a7-b833-ebd45b772eae_en?filename=mdcg_2025-4_en.pdf" TargetMode="External"/><Relationship Id="rId72" Type="http://schemas.openxmlformats.org/officeDocument/2006/relationships/hyperlink" Target="https://health.ec.europa.eu/document/download/f22f559b-dee5-43b4-9595-3ccdcca9f7ad_en?filename=mdcg_2025-5_en.pdf" TargetMode="External"/><Relationship Id="rId73" Type="http://schemas.openxmlformats.org/officeDocument/2006/relationships/hyperlink" Target="https://health.ec.europa.eu/document/download/b78a17d7-e3cd-4943-851d-e02a2f22bbb4_en?filename=mdcg_2025-6_en.pdf" TargetMode="External"/><Relationship Id="rId74" Type="http://schemas.openxmlformats.org/officeDocument/2006/relationships/hyperlink" Target="https://health.ec.europa.eu/document/download/a80332cf-e9f0-4d45-8863-3d96e8c2a675_en?filename=mdcg_2026-4_en.pdf" TargetMode="External"/><Relationship Id="rId75" Type="http://schemas.openxmlformats.org/officeDocument/2006/relationships/hyperlink" Target="https://health.ec.europa.eu/document/download/f34c1afd-8d01-44cc-bf94-33e4bcac0ef2_en?filename=mdcg_2026-5_en.pdf" TargetMode="External"/><Relationship Id="rId76" Type="http://schemas.openxmlformats.org/officeDocument/2006/relationships/hyperlink" Target="https://health.ec.europa.eu/medical-devices-sector/new-regulations/guidance-mdcg-endorsed-documents-and-other-guidance_en" TargetMode="External"/><Relationship Id="rId77" Type="http://schemas.openxmlformats.org/officeDocument/2006/relationships/hyperlink" Target="https://eur-lex.europa.eu/eli/reg/2017/745/corrigendum/2019-05-03/oj/eng/pdf" TargetMode="External"/><Relationship Id="rId78" Type="http://schemas.openxmlformats.org/officeDocument/2006/relationships/hyperlink" Target="https://eur-lex.europa.eu/eli/reg/2017/745/corrigendum/2019-12-27/oj/eng/pdf" TargetMode="External"/><Relationship Id="rId79" Type="http://schemas.openxmlformats.org/officeDocument/2006/relationships/hyperlink" Target="https://health.ec.europa.eu/document/download/b431b10f-8512-4f47-9191-e1b84b2f9a27_en?filename=mdr_qna-article10a_mdr-ivdr_en.pdf" TargetMode="External"/><Relationship Id="rId80" Type="http://schemas.openxmlformats.org/officeDocument/2006/relationships/hyperlink" Target="https://eur-lex.europa.eu/legal-content/EN/TXT/PDF/?uri=CELEX:02017R0745-20260101" TargetMode="External"/><Relationship Id="rId81" Type="http://schemas.openxmlformats.org/officeDocument/2006/relationships/hyperlink" Target="https://eur-lex.europa.eu/eli/reg/2017/745/oj/eng/pdf" TargetMode="External"/><Relationship Id="rId82" Type="http://schemas.openxmlformats.org/officeDocument/2006/relationships/hyperlink" Target="https://eur-lex.europa.eu/legal-content/EN/TXT/PDF/?uri=CELEX:02017R0746-20250110" TargetMode="External"/><Relationship Id="rId83" Type="http://schemas.openxmlformats.org/officeDocument/2006/relationships/hyperlink" Target="https://eur-lex.europa.eu/eli/reg/2017/746/oj/eng/pdf" TargetMode="External"/><Relationship Id="rId84" Type="http://schemas.openxmlformats.org/officeDocument/2006/relationships/hyperlink" Target="https://eur-lex.europa.eu/eli/reg/2020/561/oj/eng/pdf" TargetMode="External"/><Relationship Id="rId85" Type="http://schemas.openxmlformats.org/officeDocument/2006/relationships/hyperlink" Target="https://eur-lex.europa.eu/eli/reg/2022/112/oj/eng/pdf" TargetMode="External"/><Relationship Id="rId86" Type="http://schemas.openxmlformats.org/officeDocument/2006/relationships/hyperlink" Target="https://eur-lex.europa.eu/eli/reg/2023/607/oj/eng/pdf" TargetMode="External"/><Relationship Id="rId87" Type="http://schemas.openxmlformats.org/officeDocument/2006/relationships/hyperlink" Target="https://eur-lex.europa.eu/eli/reg/2024/1860/oj/eng/pdf" TargetMode="External"/><Relationship Id="rId88" Type="http://schemas.openxmlformats.org/officeDocument/2006/relationships/hyperlink" Target="https://eur-lex.europa.eu/eli/reg/2024/568/oj/eng/pdf" TargetMode="External"/><Relationship Id="rId89" Type="http://schemas.openxmlformats.org/officeDocument/2006/relationships/hyperlink" Target="https://eur-lex.europa.eu/eli/reg/2025/2457/oj/eng/pdf" TargetMode="External"/><Relationship Id="rId90" Type="http://schemas.openxmlformats.org/officeDocument/2006/relationships/hyperlink" Target="https://eur-lex.europa.eu/legal-content/EN/TXT/PDF/?uri=OJ:L_202402690" TargetMode="External"/><Relationship Id="rId91" Type="http://schemas.openxmlformats.org/officeDocument/2006/relationships/hyperlink" Target="https://www.consilium.europa.eu/en/policies/sanctions-against-belarus/" TargetMode="External"/><Relationship Id="rId92" Type="http://schemas.openxmlformats.org/officeDocument/2006/relationships/hyperlink" Target="https://www.consilium.europa.eu/en/policies/sanctions-against-russia/" TargetMode="External"/><Relationship Id="rId93" Type="http://schemas.openxmlformats.org/officeDocument/2006/relationships/hyperlink" Target="https://digital-strategy.ec.europa.eu/en/policies/cra-reporting" TargetMode="External"/><Relationship Id="rId94" Type="http://schemas.openxmlformats.org/officeDocument/2006/relationships/hyperlink" Target="https://eur-lex.europa.eu/eli/dir/2016/2102/oj/eng/pdf" TargetMode="External"/><Relationship Id="rId95" Type="http://schemas.openxmlformats.org/officeDocument/2006/relationships/hyperlink" Target="https://eur-lex.europa.eu/eli/dir/2019/882/oj/eng/pdf" TargetMode="External"/><Relationship Id="rId96" Type="http://schemas.openxmlformats.org/officeDocument/2006/relationships/hyperlink" Target="https://eur-lex.europa.eu/legal-content/EN/TXT/PDF/?uri=CELEX:32022L2555" TargetMode="External"/><Relationship Id="rId97" Type="http://schemas.openxmlformats.org/officeDocument/2006/relationships/hyperlink" Target="https://eur-lex.europa.eu/legal-content/EN/TXT/PDF/?uri=CELEX:32024L2853" TargetMode="External"/><Relationship Id="rId98" Type="http://schemas.openxmlformats.org/officeDocument/2006/relationships/hyperlink" Target="https://eur-lex.europa.eu/legal-content/EN/TXT/PDF/?uri=CELEX:02002L0058-20091219" TargetMode="External"/><Relationship Id="rId99" Type="http://schemas.openxmlformats.org/officeDocument/2006/relationships/hyperlink" Target="https://www.etsi.org/deliver/etsi_en/301500_301599/301549/03.02.01_60/en_301549v030201p.pdf" TargetMode="External"/><Relationship Id="rId100" Type="http://schemas.openxmlformats.org/officeDocument/2006/relationships/hyperlink" Target="https://www.sanctionsmap.eu/" TargetMode="External"/><Relationship Id="rId101" Type="http://schemas.openxmlformats.org/officeDocument/2006/relationships/hyperlink" Target="https://eur-lex.europa.eu/eli/dec_impl/2018/2048/2021-08-12/eng/pdf" TargetMode="External"/><Relationship Id="rId102" Type="http://schemas.openxmlformats.org/officeDocument/2006/relationships/hyperlink" Target="https://eur-lex.europa.eu/legal-content/EN/TXT/PDF/?uri=CELEX:32016R0679" TargetMode="External"/><Relationship Id="rId103" Type="http://schemas.openxmlformats.org/officeDocument/2006/relationships/hyperlink" Target="https://eur-lex.europa.eu/legal-content/EN/TXT/PDF/?uri=CELEX:32019R0881" TargetMode="External"/><Relationship Id="rId104" Type="http://schemas.openxmlformats.org/officeDocument/2006/relationships/hyperlink" Target="https://eur-lex.europa.eu/legal-content/EN/TXT/PDF/?uri=CELEX:32023R2854" TargetMode="External"/><Relationship Id="rId105" Type="http://schemas.openxmlformats.org/officeDocument/2006/relationships/hyperlink" Target="https://eur-lex.europa.eu/legal-content/EN/TXT/PDF/?uri=CELEX:32024R1689" TargetMode="External"/><Relationship Id="rId106" Type="http://schemas.openxmlformats.org/officeDocument/2006/relationships/hyperlink" Target="https://eur-lex.europa.eu/legal-content/EN/TXT/PDF/?uri=CELEX:32024R2847" TargetMode="External"/><Relationship Id="rId107" Type="http://schemas.openxmlformats.org/officeDocument/2006/relationships/hyperlink" Target="https://eur-lex.europa.eu/eli/reg/2025/327/oj/eng/pdf" TargetMode="External"/><Relationship Id="rId108" Type="http://schemas.openxmlformats.org/officeDocument/2006/relationships/hyperlink" Target="https://eur-lex.europa.eu/eli/reg/2026/1744/oj/eng/pdf" TargetMode="External"/><Relationship Id="rId109" Type="http://schemas.openxmlformats.org/officeDocument/2006/relationships/hyperlink" Target="https://eur-lex.europa.eu/legal-content/EN/TXT/PDF/?uri=CELEX:02014R0910-20241018" TargetMode="External"/><Relationship Id="rId110" Type="http://schemas.openxmlformats.org/officeDocument/2006/relationships/hyperlink" Target="https://www.efta.int/sites/default/files/media/documents/legal-texts/eea/the-eea-agreement/Annexes%20to%20the%20Agreement/annex2b.pdf" TargetMode="External"/><Relationship Id="rId111" Type="http://schemas.openxmlformats.org/officeDocument/2006/relationships/hyperlink" Target="https://www.efta.int/eea-lex/32017r0746" TargetMode="External"/><Relationship Id="rId112" Type="http://schemas.openxmlformats.org/officeDocument/2006/relationships/hyperlink" Target="https://www.efta.int/eea-lex/32017r0745" TargetMode="External"/><Relationship Id="rId113" Type="http://schemas.openxmlformats.org/officeDocument/2006/relationships/hyperlink" Target="https://www.efta.int/eea-lex/32023r2854" TargetMode="External"/><Relationship Id="rId114" Type="http://schemas.openxmlformats.org/officeDocument/2006/relationships/hyperlink" Target="https://www.efta.int/eea-lex/32019l0882" TargetMode="External"/><Relationship Id="rId115" Type="http://schemas.openxmlformats.org/officeDocument/2006/relationships/hyperlink" Target="https://www.efta.int/eea-lex/32022l2555" TargetMode="External"/><Relationship Id="rId116" Type="http://schemas.openxmlformats.org/officeDocument/2006/relationships/hyperlink" Target="https://eec.eaeunion.org/upload/medialibrary/e90/Sogl_MI_Itog.pdf" TargetMode="External"/><Relationship Id="rId117" Type="http://schemas.openxmlformats.org/officeDocument/2006/relationships/hyperlink" Target="https://eec.eaeunion.org/comission/department/deptexreg/formirovanie-obshchikh-rynkov/akty-v-sfere-obrashcheniya-meditsinskikh-izdeliy.php" TargetMode="External"/><Relationship Id="rId118" Type="http://schemas.openxmlformats.org/officeDocument/2006/relationships/hyperlink" Target="https://docs.eaeunion.org/upload/iblock/aff/j9nu9tv5skwzsiytb1a4r3kkc1mfxlx3/clcd_30122015_173_doc.pdf" TargetMode="External"/><Relationship Id="rId119" Type="http://schemas.openxmlformats.org/officeDocument/2006/relationships/hyperlink" Target="https://docs.eaeunion.org/upload/iblock/f0e/5g54i9tye8psgee6758mfdo5x8rti3fu/clcd_30122015_174_doc.pdf" TargetMode="External"/><Relationship Id="rId120" Type="http://schemas.openxmlformats.org/officeDocument/2006/relationships/hyperlink" Target="https://docs.eaeunion.org/upload/iblock/455/a1604mtbdkr6eqp44u5gnl9e0x6cb2nh/cncd_05032018_106_doc.pdf" TargetMode="External"/><Relationship Id="rId121" Type="http://schemas.openxmlformats.org/officeDocument/2006/relationships/hyperlink" Target="https://docs.eaeunion.org/upload/iblock/cb6/j34tcsgrj1wz54pduc9xitdixq0komg9/cncd_17052016_27_doc.pdf" TargetMode="External"/><Relationship Id="rId122" Type="http://schemas.openxmlformats.org/officeDocument/2006/relationships/hyperlink" Target="https://docs.eaeunion.org/upload/iblock/d85/4xuew6940z6akqvyjedfx31uka3eukly/cncd_12072016_46_doc.pdf" TargetMode="External"/><Relationship Id="rId123" Type="http://schemas.openxmlformats.org/officeDocument/2006/relationships/hyperlink" Target="https://afda.gov.af/en/deputyship-responsibilities" TargetMode="External"/><Relationship Id="rId124" Type="http://schemas.openxmlformats.org/officeDocument/2006/relationships/hyperlink" Target="https://www.afda.gov.af/en/law-medicine" TargetMode="External"/><Relationship Id="rId125" Type="http://schemas.openxmlformats.org/officeDocument/2006/relationships/hyperlink" Target="https://www.moj.gov.af/en/node/4263" TargetMode="External"/><Relationship Id="rId126" Type="http://schemas.openxmlformats.org/officeDocument/2006/relationships/hyperlink" Target="https://www.moj.gov.af/index.php/en/official-gazette" TargetMode="External"/><Relationship Id="rId127" Type="http://schemas.openxmlformats.org/officeDocument/2006/relationships/hyperlink" Target="https://www.afda.gov.af/en/market-0" TargetMode="External"/><Relationship Id="rId128" Type="http://schemas.openxmlformats.org/officeDocument/2006/relationships/hyperlink" Target="https://akbpm.gov.al/legjislacioni/" TargetMode="External"/><Relationship Id="rId129" Type="http://schemas.openxmlformats.org/officeDocument/2006/relationships/hyperlink" Target="https://akbpm.gov.al/wp-content/uploads/2020/05/Per-disa-shtesa-dhe-ndryshime-ne-ligjin-nr.-89.2014-Per-Pajisjet-Mjekesore.pdf" TargetMode="External"/><Relationship Id="rId130" Type="http://schemas.openxmlformats.org/officeDocument/2006/relationships/hyperlink" Target="https://akbpm.gov.al/wp-content/uploads/2019/09/ligj2.pdf" TargetMode="External"/><Relationship Id="rId131" Type="http://schemas.openxmlformats.org/officeDocument/2006/relationships/hyperlink" Target="https://akbpm.gov.al/wp-content/uploads/2019/09/urdheri-360.pdf" TargetMode="External"/><Relationship Id="rId132" Type="http://schemas.openxmlformats.org/officeDocument/2006/relationships/hyperlink" Target="https://akbpm.gov.al/wp-content/uploads/2019/09/Urdher-Pajisjet-734.pdf" TargetMode="External"/><Relationship Id="rId133" Type="http://schemas.openxmlformats.org/officeDocument/2006/relationships/hyperlink" Target="https://anpp.dz/fr/notes/" TargetMode="External"/><Relationship Id="rId134" Type="http://schemas.openxmlformats.org/officeDocument/2006/relationships/hyperlink" Target="https://www.joradp.dz/FTP/jo-francais/2020/F2020069.pdf" TargetMode="External"/><Relationship Id="rId135" Type="http://schemas.openxmlformats.org/officeDocument/2006/relationships/hyperlink" Target="https://www.joradp.dz/FTP/jo-francais/2023/F2023015.pdf" TargetMode="External"/><Relationship Id="rId136" Type="http://schemas.openxmlformats.org/officeDocument/2006/relationships/hyperlink" Target="https://anpp.dz/download/304/guidelines/21837/guide-des-bonnes-pratiques-de-distribution-et-de-stockage-des-produits-pharmaceutiques-et-des-dispositifs-medicaux-a-usage-humain.pdf" TargetMode="External"/><Relationship Id="rId137" Type="http://schemas.openxmlformats.org/officeDocument/2006/relationships/hyperlink" Target="https://www.joradp.dz/FTP/JO-FRANCAIS/2018/F2018046.pdf" TargetMode="External"/><Relationship Id="rId138" Type="http://schemas.openxmlformats.org/officeDocument/2006/relationships/hyperlink" Target="https://www.joradp.dz/FTP/JO-francais/2021/F2021055.pdf" TargetMode="External"/><Relationship Id="rId139" Type="http://schemas.openxmlformats.org/officeDocument/2006/relationships/hyperlink" Target="https://anpp.dz/fr/textes-reglementaires-dm/" TargetMode="External"/><Relationship Id="rId140" Type="http://schemas.openxmlformats.org/officeDocument/2006/relationships/hyperlink" Target="https://www.argentina.gob.ar/anmat/alertas/productosmedicos/noticias" TargetMode="External"/><Relationship Id="rId141" Type="http://schemas.openxmlformats.org/officeDocument/2006/relationships/hyperlink" Target="https://www.argentina.gob.ar/normativa/nacional/disposici%C3%B3n-2096-2022-362616/texto" TargetMode="External"/><Relationship Id="rId142" Type="http://schemas.openxmlformats.org/officeDocument/2006/relationships/hyperlink" Target="https://www.argentina.gob.ar/normativa/nacional/disposici%C3%B3n-2198-2022-362696/texto" TargetMode="External"/><Relationship Id="rId143" Type="http://schemas.openxmlformats.org/officeDocument/2006/relationships/hyperlink" Target="https://www.argentina.gob.ar/normativa/nacional/disposici%C3%B3n-236-2026-423003/texto" TargetMode="External"/><Relationship Id="rId144" Type="http://schemas.openxmlformats.org/officeDocument/2006/relationships/hyperlink" Target="https://e-legis-ar.msal.gov.ar/htdocs/legisalud/migration/pdf/21147.pdf" TargetMode="External"/><Relationship Id="rId145" Type="http://schemas.openxmlformats.org/officeDocument/2006/relationships/hyperlink" Target="https://www.argentina.gob.ar/normativa/nacional/disposici%C3%B3n-3433-2004-96104/texto" TargetMode="External"/><Relationship Id="rId146" Type="http://schemas.openxmlformats.org/officeDocument/2006/relationships/hyperlink" Target="https://www.argentina.gob.ar/normativa/nacional/disposici%C3%B3n-64-2025-408309/texto" TargetMode="External"/><Relationship Id="rId147" Type="http://schemas.openxmlformats.org/officeDocument/2006/relationships/hyperlink" Target="https://www.argentina.gob.ar/normativa/nacional/disposici%C3%B3n-7425-2013-223563/actualizacion" TargetMode="External"/><Relationship Id="rId148" Type="http://schemas.openxmlformats.org/officeDocument/2006/relationships/hyperlink" Target="https://www.argentina.gob.ar/normativa/nacional/disposici%C3%B3n-8194-2023-390870/texto" TargetMode="External"/><Relationship Id="rId149" Type="http://schemas.openxmlformats.org/officeDocument/2006/relationships/hyperlink" Target="https://www.argentina.gob.ar/normativa/nacional/disposici%C3%B3n-8799-2025-420715/texto" TargetMode="External"/><Relationship Id="rId150" Type="http://schemas.openxmlformats.org/officeDocument/2006/relationships/hyperlink" Target="https://www.argentina.gob.ar/normativa/nacional/disposici%C3%B3n-9688-2019-332646/actualizacion" TargetMode="External"/><Relationship Id="rId151" Type="http://schemas.openxmlformats.org/officeDocument/2006/relationships/hyperlink" Target="https://www.argentina.gob.ar/anmat/regulados/productos-medicos" TargetMode="External"/><Relationship Id="rId152" Type="http://schemas.openxmlformats.org/officeDocument/2006/relationships/hyperlink" Target="https://www.argentina.gob.ar/normativa/nacional/ley-25506-70749/actualizacion" TargetMode="External"/><Relationship Id="rId153" Type="http://schemas.openxmlformats.org/officeDocument/2006/relationships/hyperlink" Target="https://www.argentina.gob.ar/normativa/nacional/ley-26653-175694/texto" TargetMode="External"/><Relationship Id="rId154" Type="http://schemas.openxmlformats.org/officeDocument/2006/relationships/hyperlink" Target="https://www.argentina.gob.ar/normativa/nacional/64790/actualizacion" TargetMode="External"/><Relationship Id="rId155" Type="http://schemas.openxmlformats.org/officeDocument/2006/relationships/hyperlink" Target="https://www.arlis.am/hy/acts/198554" TargetMode="External"/><Relationship Id="rId156" Type="http://schemas.openxmlformats.org/officeDocument/2006/relationships/hyperlink" Target="https://www.arlis.am/hy/acts/192583" TargetMode="External"/><Relationship Id="rId157" Type="http://schemas.openxmlformats.org/officeDocument/2006/relationships/hyperlink" Target="https://www.arlis.am/hy/acts/225396" TargetMode="External"/><Relationship Id="rId158" Type="http://schemas.openxmlformats.org/officeDocument/2006/relationships/hyperlink" Target="https://www.arlis.am/hy/acts/214661" TargetMode="External"/><Relationship Id="rId159" Type="http://schemas.openxmlformats.org/officeDocument/2006/relationships/hyperlink" Target="https://www.pharm.am/index.php/en/pharmacological-council" TargetMode="External"/><Relationship Id="rId160" Type="http://schemas.openxmlformats.org/officeDocument/2006/relationships/hyperlink" Target="https://www.pharm.am/index.php/en/scientific-board" TargetMode="External"/><Relationship Id="rId161" Type="http://schemas.openxmlformats.org/officeDocument/2006/relationships/hyperlink" Target="https://www.tga.gov.au/products/medical-devices/manufacturing/obtain-and-maintain-regulatory-evidence/manufacturer-evidence-medical-devices" TargetMode="External"/><Relationship Id="rId162" Type="http://schemas.openxmlformats.org/officeDocument/2006/relationships/hyperlink" Target="https://www.tga.gov.au/safety/recalls-and-other-market-actions/procedure-recalls-product-alerts-and-product-corrections-prac" TargetMode="External"/><Relationship Id="rId163" Type="http://schemas.openxmlformats.org/officeDocument/2006/relationships/hyperlink" Target="https://www.tga.gov.au/resources/guidance/reporting-adverse-events-medical-devices" TargetMode="External"/><Relationship Id="rId164" Type="http://schemas.openxmlformats.org/officeDocument/2006/relationships/hyperlink" Target="https://www.tga.gov.au/products/medical-devices/manufacturing" TargetMode="External"/><Relationship Id="rId165" Type="http://schemas.openxmlformats.org/officeDocument/2006/relationships/hyperlink" Target="https://www.tga.gov.au/products/medical-devices/manufacturing/medical-device-single-audit-program" TargetMode="External"/><Relationship Id="rId166" Type="http://schemas.openxmlformats.org/officeDocument/2006/relationships/hyperlink" Target="https://www.tga.gov.au/sites/default/files/2023-12/tga-quality-management-system-audits-certification-guidance.pdf" TargetMode="External"/><Relationship Id="rId167" Type="http://schemas.openxmlformats.org/officeDocument/2006/relationships/hyperlink" Target="https://www.legislation.gov.au/F2002B00237/2026-07-01/2026-07-01/text/original/pdf" TargetMode="External"/><Relationship Id="rId168" Type="http://schemas.openxmlformats.org/officeDocument/2006/relationships/hyperlink" Target="https://www.legislation.gov.au/F2002B00237/latest/downloads" TargetMode="External"/><Relationship Id="rId169" Type="http://schemas.openxmlformats.org/officeDocument/2006/relationships/hyperlink" Target="https://www.legislation.gov.au/C2004A03952/2025-09-05/2025-09-05/text/original/pdf/1" TargetMode="External"/><Relationship Id="rId170" Type="http://schemas.openxmlformats.org/officeDocument/2006/relationships/hyperlink" Target="https://www.legislation.gov.au/C2004A03952/2025-09-05/2025-09-05/text/original/pdf/2" TargetMode="External"/><Relationship Id="rId171" Type="http://schemas.openxmlformats.org/officeDocument/2006/relationships/hyperlink" Target="https://www.legislation.gov.au/C2004A03952/latest/downloads" TargetMode="External"/><Relationship Id="rId172" Type="http://schemas.openxmlformats.org/officeDocument/2006/relationships/hyperlink" Target="https://www.tga.gov.au/resources/guidance/understanding-your-post-market-responsibilities-medical-devices" TargetMode="External"/><Relationship Id="rId173" Type="http://schemas.openxmlformats.org/officeDocument/2006/relationships/hyperlink" Target="https://www.legislation.gov.au/C2004A00553/latest" TargetMode="External"/><Relationship Id="rId174" Type="http://schemas.openxmlformats.org/officeDocument/2006/relationships/hyperlink" Target="https://www.legislation.gov.au/C2004A03712/latest" TargetMode="External"/><Relationship Id="rId175" Type="http://schemas.openxmlformats.org/officeDocument/2006/relationships/hyperlink" Target="https://pharma.az/en/category/medical-devices/" TargetMode="External"/><Relationship Id="rId176" Type="http://schemas.openxmlformats.org/officeDocument/2006/relationships/hyperlink" Target="https://pharma.az/en/medical-devices/legislation-medical-devices/legislation-3/" TargetMode="External"/><Relationship Id="rId177" Type="http://schemas.openxmlformats.org/officeDocument/2006/relationships/hyperlink" Target="https://nk.gov.az/az/senedler/qerarlar/derman-vasitelerinin-derman-maddelerinin-ve-tibb-v-8191" TargetMode="External"/><Relationship Id="rId178" Type="http://schemas.openxmlformats.org/officeDocument/2006/relationships/hyperlink" Target="https://pharma.az/wp-content/uploads/2022/12/460-Resolution-of-the-Cabinet-of-Ministers-of-the-Republic-of-Azerbaijan-English.pdf" TargetMode="External"/><Relationship Id="rId179" Type="http://schemas.openxmlformats.org/officeDocument/2006/relationships/hyperlink" Target="https://pharma.az/wp-content/uploads/2022/12/503-Resolution-of-the-Cabinet-of-Ministers-of-the-Republic-of-Azerbaijan-Pharmacovigilance-English.pdf" TargetMode="External"/><Relationship Id="rId180" Type="http://schemas.openxmlformats.org/officeDocument/2006/relationships/hyperlink" Target="https://frameworks.e-qanun.az/12/f_12128.html" TargetMode="External"/><Relationship Id="rId181" Type="http://schemas.openxmlformats.org/officeDocument/2006/relationships/hyperlink" Target="https://www.nhra.bh/Departments/MDR/Importation/" TargetMode="External"/><Relationship Id="rId182" Type="http://schemas.openxmlformats.org/officeDocument/2006/relationships/hyperlink" Target="https://www.nhra.bh/Departments/MDR/Post%20Market%20Surveillance/Medical%20Device%20Reporting/" TargetMode="External"/><Relationship Id="rId183" Type="http://schemas.openxmlformats.org/officeDocument/2006/relationships/hyperlink" Target="https://www.nhra.bh/Departments/MDR/MediaHandler/GenericHandler/documents/departments/MDR/guidelines/MDR_Guideline_Medical%20Devices%20Labeling.pdf" TargetMode="External"/><Relationship Id="rId184" Type="http://schemas.openxmlformats.org/officeDocument/2006/relationships/hyperlink" Target="https://www.nhra.bh/Departments/MDR/MediaHandler/GenericHandler/documents/departments/MDR/guidelines/MDR_Guideline_Medical%20Device%20Registration_%20Ver%206.0.pdf" TargetMode="External"/><Relationship Id="rId185" Type="http://schemas.openxmlformats.org/officeDocument/2006/relationships/hyperlink" Target="https://www.nhra.bh/Departments/LAU/Laws%20Resolutions/MDR/" TargetMode="External"/><Relationship Id="rId186" Type="http://schemas.openxmlformats.org/officeDocument/2006/relationships/hyperlink" Target="https://www.nhra.bh/Departments/LAU/Laws%20Resolutions/MDR/MediaHandler/GenericHandler/documents/departments/LAU/MDR/MDR102_Resolution_Resolution%20No.%20%2848%29%20of%202020%20On%20Medical%20Devices%20and%20Products%20Quality%20Control_English.pdf" TargetMode="External"/><Relationship Id="rId187" Type="http://schemas.openxmlformats.org/officeDocument/2006/relationships/hyperlink" Target="https://www.nhra.bh/Departments/LAU/Laws%20Resolutions/MDR/MediaHandler/GenericHandler/documents/departments/LAU/MDR/MDR108_Resolution_Resolution%20No.%20%2869%29%202024%20Amendment%20of%20Resolution%20No.%20%2848%29%202020%20On%20Medical%20Devices%20and%20Products%20Quality%20Control_English.pdf" TargetMode="External"/><Relationship Id="rId188" Type="http://schemas.openxmlformats.org/officeDocument/2006/relationships/hyperlink" Target="https://dgda.gov.bd/pages/policies/" TargetMode="External"/><Relationship Id="rId189" Type="http://schemas.openxmlformats.org/officeDocument/2006/relationships/hyperlink" Target="https://dgda.gov.bd/pages/files/6922da46933eb65569e03627" TargetMode="External"/><Relationship Id="rId190" Type="http://schemas.openxmlformats.org/officeDocument/2006/relationships/hyperlink" Target="https://bdlaws.minlaw.gov.bd/act-print-1447.html" TargetMode="External"/><Relationship Id="rId191" Type="http://schemas.openxmlformats.org/officeDocument/2006/relationships/hyperlink" Target="https://dgda.gov.bd/pages/notices/guideline-on-the-regulation-of-artificial-intelligence-and-medical-robotics-in-healthcare-bangladesh-%E0%A6%B6%E0%A6%BF%E0%A6%B0%E0%A7%8B%E0%A6%A8%E0%A6%BE%E0%A6%AE%E0%A7%87-%E0%A6%97%E0%A6%BE%E0%A6%87%E0%A6%A1%E0%A6%B2%E0%A6%BE%E0%A6%87%E0%A6%A8%E0%A6%9F%E0%A6%BF-%E0%A6%AF%E0%A6%A5%E0%A6%BE%E0%A6%AF%E0%A6%A5-%E0%A6%95%E0%A6%B0%E0%A7%8D%E0%A6%A4%E0%A7%83%E0%A6%AA%E0%A6%95%E0%A7%8D%E0%A6%B7-%E0%A6%95%E0%A6%B0%E0%A7%8D%E0%A6%A4%E0%A7%83%E0%A6%95-%E0%A6%85%E0%A6%A8%E0%A7%81%E0%A6%AE%E0%A7%8B%E0%A6%A6%E0%A6%BF%E0%A6%A4-%E0%A6%B9%E0%A7%9F%E0%A7%87%E0%A6%9B%E0%A7%87-aw0h6i-69e840d771e38d494d606d70" TargetMode="External"/><Relationship Id="rId192" Type="http://schemas.openxmlformats.org/officeDocument/2006/relationships/hyperlink" Target="https://dgda.gov.bd/pages/policies/%E0%A6%AE%E0%A7%87%E0%A6%A1%E0%A6%BF%E0%A6%95%E0%A7%87%E0%A6%B2-%E0%A6%A1%E0%A6%BF%E0%A6%AD%E0%A6%BE%E0%A6%87%E0%A6%B8-%E0%A6%97%E0%A6%BE%E0%A6%87%E0%A6%A1%E0%A6%B2%E0%A6%BE%E0%A6%87%E0%A6%A8-93d22e-6922d900dbfbab28ce047659" TargetMode="External"/><Relationship Id="rId193" Type="http://schemas.openxmlformats.org/officeDocument/2006/relationships/hyperlink" Target="https://pravo.by/document/?guid=12551&amp;p0=C22600211" TargetMode="External"/><Relationship Id="rId194" Type="http://schemas.openxmlformats.org/officeDocument/2006/relationships/hyperlink" Target="https://pravo.by/document/?guid=3871&amp;p0=v19302435" TargetMode="External"/><Relationship Id="rId195" Type="http://schemas.openxmlformats.org/officeDocument/2006/relationships/hyperlink" Target="https://www.rceth.by/ru/Departments/Med" TargetMode="External"/><Relationship Id="rId196" Type="http://schemas.openxmlformats.org/officeDocument/2006/relationships/hyperlink" Target="https://www.rceth.by/ru/Safety/AboutMedReaction" TargetMode="External"/><Relationship Id="rId197" Type="http://schemas.openxmlformats.org/officeDocument/2006/relationships/hyperlink" Target="https://www.rceth.by/ru/Documents/Med" TargetMode="External"/><Relationship Id="rId198" Type="http://schemas.openxmlformats.org/officeDocument/2006/relationships/hyperlink" Target="https://www.rceth.by/ru/Safety/MedSafety" TargetMode="External"/><Relationship Id="rId199" Type="http://schemas.openxmlformats.org/officeDocument/2006/relationships/hyperlink" Target="https://www.bfda.gov.bt/wp-content/uploads/2024/07/Bhutan-Medicines-Rules-and-Regulation-2019.pdf" TargetMode="External"/><Relationship Id="rId200" Type="http://schemas.openxmlformats.org/officeDocument/2006/relationships/hyperlink" Target="https://bfda.gov.bt/wp-content/uploads/2025/09/Guideline-for-Registration-of-Medical-Devices-2022.pdf" TargetMode="External"/><Relationship Id="rId201" Type="http://schemas.openxmlformats.org/officeDocument/2006/relationships/hyperlink" Target="https://bfda.gov.bt/medical-product-division/" TargetMode="External"/><Relationship Id="rId202" Type="http://schemas.openxmlformats.org/officeDocument/2006/relationships/hyperlink" Target="https://bfda.gov.bt/mpd-faqs/" TargetMode="External"/><Relationship Id="rId203" Type="http://schemas.openxmlformats.org/officeDocument/2006/relationships/hyperlink" Target="https://www.bfda.gov.bt/wp-content/uploads/2024/07/Medicines-Act-of-the-Kingdom-of-Bhutan-2003-English.pdf" TargetMode="External"/><Relationship Id="rId204" Type="http://schemas.openxmlformats.org/officeDocument/2006/relationships/hyperlink" Target="https://bfda.gov.bt/wp-content/uploads/2026/06/Guideline-for-Post-Market-and-Market-Surveillance-of-Medical-Devices-Management-of-Adverse-Events-.pdf" TargetMode="External"/><Relationship Id="rId205" Type="http://schemas.openxmlformats.org/officeDocument/2006/relationships/hyperlink" Target="https://www.agemed.gob.bo/circulares/2023/CIRCULAR-05-2023.pdf" TargetMode="External"/><Relationship Id="rId206" Type="http://schemas.openxmlformats.org/officeDocument/2006/relationships/hyperlink" Target="https://apiwww.agemed.gob.bo/api/listautcom" TargetMode="External"/><Relationship Id="rId207" Type="http://schemas.openxmlformats.org/officeDocument/2006/relationships/hyperlink" Target="https://www.agemed.gob.bo/reg-far/doc_reg_far/T-N-35-RM-00113-BGM.pdf" TargetMode="External"/><Relationship Id="rId208" Type="http://schemas.openxmlformats.org/officeDocument/2006/relationships/hyperlink" Target="https://apiwww.agemed.gob.bo/api/web/vigilanciacontrol%7Ccontenido" TargetMode="External"/><Relationship Id="rId209" Type="http://schemas.openxmlformats.org/officeDocument/2006/relationships/hyperlink" Target="https://almbih.gov.ba/hr/preuzimanja-2/" TargetMode="External"/><Relationship Id="rId210" Type="http://schemas.openxmlformats.org/officeDocument/2006/relationships/hyperlink" Target="https://almbih.gov.ba/wp-content/uploads/2025/02/Uputstvo-o-uslovima-i-nacinu-priznavanja-sertifikata-o-usaglasenosti-medicinskih-sredstava-EC-sertifikat-usljed-prelaska-EU-direktiva-IVDD-na-EU-regulativu-IVDR.pdf" TargetMode="External"/><Relationship Id="rId211" Type="http://schemas.openxmlformats.org/officeDocument/2006/relationships/hyperlink" Target="https://almbih.gov.ba/wp-content/uploads/2025/02/Uputstvo-o-uslovima-i-nacinu-priznavanja-sertifikata-o-usaglasenosti-medicinskih-sredstava-EC-sertifikat-usljed-prelaska-EU-direktiva-MDD-AIMD-na-EU-regulativu-MDR.pdf" TargetMode="External"/><Relationship Id="rId212" Type="http://schemas.openxmlformats.org/officeDocument/2006/relationships/hyperlink" Target="https://almbih.gov.ba/wp-content/uploads/2023/09/zakon_o_lijekovima_bih_bo.pdf" TargetMode="External"/><Relationship Id="rId213" Type="http://schemas.openxmlformats.org/officeDocument/2006/relationships/hyperlink" Target="https://almbih.gov.ba/wp-content/uploads/2023/09/Izmjena-pravilnika-o-medicinskim-bo.pdf" TargetMode="External"/><Relationship Id="rId214" Type="http://schemas.openxmlformats.org/officeDocument/2006/relationships/hyperlink" Target="https://almbih.gov.ba/wp-content/uploads/2023/09/gdp-bo-1.pdf" TargetMode="External"/><Relationship Id="rId215" Type="http://schemas.openxmlformats.org/officeDocument/2006/relationships/hyperlink" Target="https://almbih.gov.ba/wp-content/uploads/2023/09/pravilnik_proizvodnja_i_promet_na_veliko_ms-bo.pdf" TargetMode="External"/><Relationship Id="rId216" Type="http://schemas.openxmlformats.org/officeDocument/2006/relationships/hyperlink" Target="https://almbih.gov.ba/wp-content/uploads/2023/09/pravilnik_ms_bos.pdf" TargetMode="External"/><Relationship Id="rId217" Type="http://schemas.openxmlformats.org/officeDocument/2006/relationships/hyperlink" Target="https://almbih.gov.ba/wp-content/uploads/2023/09/PravilnikNDMS-bo.pdf" TargetMode="External"/><Relationship Id="rId218" Type="http://schemas.openxmlformats.org/officeDocument/2006/relationships/hyperlink" Target="https://www.bomra.co.bw/download/122/registration-screening-query-response/25878/signed-guid-guideline-for-application-for-registration-of-medical-devices-bomra-er-med-p04-g01-iss-3-0.pdf" TargetMode="External"/><Relationship Id="rId219" Type="http://schemas.openxmlformats.org/officeDocument/2006/relationships/hyperlink" Target="https://www.bomra.co.bw/wpfd_file/guideline-for-labelling-of-medical-devices-including-ivds-er-med-p04-g03-iss-1-0/" TargetMode="External"/><Relationship Id="rId220" Type="http://schemas.openxmlformats.org/officeDocument/2006/relationships/hyperlink" Target="https://www.bomra.co.bw/wpfd_file/guid-guidelines-on-good-distribution-practises-for-medical-devices-il-il-p01-g05-iss-1/" TargetMode="External"/><Relationship Id="rId221" Type="http://schemas.openxmlformats.org/officeDocument/2006/relationships/hyperlink" Target="https://www.bomra.co.bw/wpfd_file/medical-device-adverse-event-mdae-reporting-form-for-hcp-and-users-bomra-pct-pv-p10-f01-issue-1-1/" TargetMode="External"/><Relationship Id="rId222" Type="http://schemas.openxmlformats.org/officeDocument/2006/relationships/hyperlink" Target="https://www.bomra.co.bw/wp-content/uploads/2026/06/Medical-Devices.pdf" TargetMode="External"/><Relationship Id="rId223" Type="http://schemas.openxmlformats.org/officeDocument/2006/relationships/hyperlink" Target="https://www.bomra.co.bw/download/110/mrs-act/25718/medicines-and-related-substances-act-2013.pdf" TargetMode="External"/><Relationship Id="rId224" Type="http://schemas.openxmlformats.org/officeDocument/2006/relationships/hyperlink" Target="https://www.bomra.co.bw/download/134/mrsa-2025-regulations/25572/medicines-and-related-substances-act-2025-2.pdf" TargetMode="External"/><Relationship Id="rId225" Type="http://schemas.openxmlformats.org/officeDocument/2006/relationships/hyperlink" Target="https://www.gov.br/anvisa/pt-br/assuntos/produtosparasaude/mdsap/legislacao-de-produtos-para-a-saude" TargetMode="External"/><Relationship Id="rId226" Type="http://schemas.openxmlformats.org/officeDocument/2006/relationships/hyperlink" Target="https://anvisalegis.datalegis.net/action/UrlPublicasAction.php?acao=abrirAtoPublico&amp;cod_menu=9434&amp;cod_modulo=310&amp;num_ato=00000426&amp;seq_ato=000&amp;sgl_orgao=DC%2FANVISA%2FMS&amp;sgl_tipo=INM&amp;vlr_ano=2026" TargetMode="External"/><Relationship Id="rId227" Type="http://schemas.openxmlformats.org/officeDocument/2006/relationships/hyperlink" Target="https://anvisalegis.datalegis.net/action/ActionDatalegis.php?acao=abrirTextoAto&amp;codTipo=&amp;cod_menu=9434&amp;cod_modulo=310&amp;desItem=&amp;desItemFim=&amp;numeroAto=00000591&amp;orgao=RDC%2FDC%2FANVISA%2FMS&amp;seqAto=000&amp;tipo=RDC&amp;valorAno=2021" TargetMode="External"/><Relationship Id="rId228" Type="http://schemas.openxmlformats.org/officeDocument/2006/relationships/hyperlink" Target="https://www.gov.br/anvisa/pt-br/assuntos/noticias-anvisa/2022/rdc-665-de-2022" TargetMode="External"/><Relationship Id="rId229" Type="http://schemas.openxmlformats.org/officeDocument/2006/relationships/hyperlink" Target="https://www.gov.br/anvisa/en/regulation-of-companies/arquivos/rdc-665-2022-english-version.pdf/%40%40download/file" TargetMode="External"/><Relationship Id="rId230" Type="http://schemas.openxmlformats.org/officeDocument/2006/relationships/hyperlink" Target="https://www.gov.br/anvisa/pt-br/centraisdeconteudo/publicacoes/certificacao-e-fiscalizacao/manuais-e-orientacoes/rdc-687_22-comentada_pdf1.pdf/%40%40download/file" TargetMode="External"/><Relationship Id="rId231" Type="http://schemas.openxmlformats.org/officeDocument/2006/relationships/hyperlink" Target="https://www.gov.br/anvisa/en/rules-and-regulations/arquivos/rdc-751_2022.pdf" TargetMode="External"/><Relationship Id="rId232" Type="http://schemas.openxmlformats.org/officeDocument/2006/relationships/hyperlink" Target="https://www.gov.br/anvisa/en/rules-and-regulations/arquivos/rdc_830_2023-e.pdf" TargetMode="External"/><Relationship Id="rId233" Type="http://schemas.openxmlformats.org/officeDocument/2006/relationships/hyperlink" Target="https://www.gov.br/anvisa/pt-br/assuntos/produtosparasaude/udi/siud/manual_siud_atual_current.pdf" TargetMode="External"/><Relationship Id="rId234" Type="http://schemas.openxmlformats.org/officeDocument/2006/relationships/hyperlink" Target="https://www.gov.br/anvisa/pt-br/assuntos/produtosparasaude/udi/lista-de-tipos-de-dispositivos-medicos-com-transmissao-suspensa-ao-siud" TargetMode="External"/><Relationship Id="rId235" Type="http://schemas.openxmlformats.org/officeDocument/2006/relationships/hyperlink" Target="https://pesquisa.in.gov.br/imprensa/servlet/INPDFViewer?captchafield=firstAccess&amp;data=31%2F08%2F2021&amp;jornal=515&amp;pagina=139" TargetMode="External"/><Relationship Id="rId236" Type="http://schemas.openxmlformats.org/officeDocument/2006/relationships/hyperlink" Target="https://anvisalegis.datalegis.net/action/ActionDatalegis.php?acao=abrirTextoAto&amp;cod_menu=8542&amp;cod_modulo=310&amp;link=S&amp;numeroAto=00000557&amp;orgao=RDC%2FDC%2FANVISA%2FMS&amp;seqAto=000&amp;tipo=RDC&amp;valorAno=2021" TargetMode="External"/><Relationship Id="rId237" Type="http://schemas.openxmlformats.org/officeDocument/2006/relationships/hyperlink" Target="https://anvisalegis.datalegis.net/action/ActionDatalegis.php?acao=abrirTextoAto&amp;cod_menu=1696&amp;cod_modulo=134&amp;numeroAto=00000067&amp;orgao=RDC%2FDC%2FANVISA%2FMS&amp;seqAto=000&amp;tipo=RDC&amp;valorAno=2009" TargetMode="External"/><Relationship Id="rId238" Type="http://schemas.openxmlformats.org/officeDocument/2006/relationships/hyperlink" Target="https://www.gov.br/anpd/pt-br/centrais-de-conteudo/outros-documentos-e-publicacoes-institucionais/regulamento-de-comunicacao-de-incidente-de-seguranca-em-lingua-inglesa.pdf/@@download/file" TargetMode="External"/><Relationship Id="rId239" Type="http://schemas.openxmlformats.org/officeDocument/2006/relationships/hyperlink" Target="https://www.gov.br/anpd/pt-br/acesso-a-informacao/institucional/atos-normativos/regulamentacoes_anpd/resolucao-cd-anpd-no-19-de-23-de-agosto-de-2024" TargetMode="External"/><Relationship Id="rId240" Type="http://schemas.openxmlformats.org/officeDocument/2006/relationships/hyperlink" Target="https://www.gov.br/anpd/pt-br/centrais-de-conteudo/outros-documentos-e-publicacoes-institucionais/lgpd-en-lei-no-13-709-capa.pdf/@@download/file" TargetMode="External"/><Relationship Id="rId241" Type="http://schemas.openxmlformats.org/officeDocument/2006/relationships/hyperlink" Target="https://www.planalto.gov.br/ccivil_03/_ato2015-2018/2018/lei/l13709compilado.htm" TargetMode="External"/><Relationship Id="rId242" Type="http://schemas.openxmlformats.org/officeDocument/2006/relationships/hyperlink" Target="https://www.agc.gov.bn/AGC%20Site%20Pages/INDEX%20TO%20THE%20LAWS%20OF%20BRUNEI.aspx" TargetMode="External"/><Relationship Id="rId243" Type="http://schemas.openxmlformats.org/officeDocument/2006/relationships/hyperlink" Target="https://moh.gov.bn/about-us/ministry-departments/" TargetMode="External"/><Relationship Id="rId244" Type="http://schemas.openxmlformats.org/officeDocument/2006/relationships/hyperlink" Target="https://ddf.moh.gov.kh/about-us" TargetMode="External"/><Relationship Id="rId245" Type="http://schemas.openxmlformats.org/officeDocument/2006/relationships/hyperlink" Target="https://ddf.moh.gov.kh/guidelines/medical-device-application" TargetMode="External"/><Relationship Id="rId246" Type="http://schemas.openxmlformats.org/officeDocument/2006/relationships/hyperlink" Target="https://ddf.moh.gov.kh/uploads/post_attachments" TargetMode="External"/><Relationship Id="rId247" Type="http://schemas.openxmlformats.org/officeDocument/2006/relationships/hyperlink" Target="https://moh.gov.kh/en/documents/sub-decree" TargetMode="External"/><Relationship Id="rId248" Type="http://schemas.openxmlformats.org/officeDocument/2006/relationships/hyperlink" Target="https://laws-lois.justice.gc.ca/eng/acts/F-27/FullText.html" TargetMode="External"/><Relationship Id="rId249" Type="http://schemas.openxmlformats.org/officeDocument/2006/relationships/hyperlink" Target="https://www.canada.ca/en/health-canada/services/drugs-health-products/reports-publications/medeffect-canada/foreign-risk-notification-medical-devices-guidance/submission.html" TargetMode="External"/><Relationship Id="rId250" Type="http://schemas.openxmlformats.org/officeDocument/2006/relationships/hyperlink" Target="https://www.canada.ca/en/health-canada/services/drugs-health-products/compliance-enforcement/establishment-licences/directives-guidance-documents-policies/guidance-medical-device-establishment-licensing-0016.html" TargetMode="External"/><Relationship Id="rId251" Type="http://schemas.openxmlformats.org/officeDocument/2006/relationships/hyperlink" Target="https://www.canada.ca/content/dam/hc-sc/documents/services/drugs-health-products/reports-publications/medeffect-canada/incident-reporting-medical-devices-guidance-2021/incident-reporting-medical-devices-guidance-2021-en.pdf" TargetMode="External"/><Relationship Id="rId252" Type="http://schemas.openxmlformats.org/officeDocument/2006/relationships/hyperlink" Target="https://www.canada.ca/en/health-canada/services/drugs-health-products/medical-devices/quality-systems-13485/requirements-recognition-process-mdsap-auditing-organizations-profile/guidance-document.html" TargetMode="External"/><Relationship Id="rId253" Type="http://schemas.openxmlformats.org/officeDocument/2006/relationships/hyperlink" Target="https://www.canada.ca/en/health-canada/services/drugs-health-products/compliance-enforcement/problem-reporting/handling-complaints-about-medical-devices-gui-0065/about-complaints.html" TargetMode="External"/><Relationship Id="rId254" Type="http://schemas.openxmlformats.org/officeDocument/2006/relationships/hyperlink" Target="https://www.canada.ca/en/health-canada/services/drugs-health-products/medeffect-canada/adverse-reaction-reporting/medical-device/industry.html" TargetMode="External"/><Relationship Id="rId255" Type="http://schemas.openxmlformats.org/officeDocument/2006/relationships/hyperlink" Target="https://www.canada.ca/en/health-canada/services/drugs-health-products/medical-devices/application-information/guidance-documents.html" TargetMode="External"/><Relationship Id="rId256" Type="http://schemas.openxmlformats.org/officeDocument/2006/relationships/hyperlink" Target="https://www.canada.ca/content/dam/hc-sc/documents/services/drugs-health-products/compliance-enforcement/problem-reporting/medical-devices-recall-guide-0054/medical-devices-recall-guide-0054.pdf" TargetMode="External"/><Relationship Id="rId257" Type="http://schemas.openxmlformats.org/officeDocument/2006/relationships/hyperlink" Target="https://www.canada.ca/en/health-canada/services/drugs-health-products/reports-publications/medeffect-canada/medical-device-reports-analyses-guidance.html" TargetMode="External"/><Relationship Id="rId258" Type="http://schemas.openxmlformats.org/officeDocument/2006/relationships/hyperlink" Target="https://laws-lois.justice.gc.ca/PDF/SOR-98-282.pdf" TargetMode="External"/><Relationship Id="rId259" Type="http://schemas.openxmlformats.org/officeDocument/2006/relationships/hyperlink" Target="https://gazette.gc.ca/rp-pr/p2/2026/2026-06-17/html/sor-dors110-eng.html" TargetMode="External"/><Relationship Id="rId260" Type="http://schemas.openxmlformats.org/officeDocument/2006/relationships/hyperlink" Target="https://laws-lois.justice.gc.ca/eng/acts/P-8.6/FullText.html" TargetMode="External"/><Relationship Id="rId261" Type="http://schemas.openxmlformats.org/officeDocument/2006/relationships/hyperlink" Target="https://laws-lois.justice.gc.ca/PDF/SOR-2005-30.pdf" TargetMode="External"/><Relationship Id="rId262" Type="http://schemas.openxmlformats.org/officeDocument/2006/relationships/hyperlink" Target="https://www.ispch.cl/categorias-alertas/dispositivos-medicos/" TargetMode="External"/><Relationship Id="rId263" Type="http://schemas.openxmlformats.org/officeDocument/2006/relationships/hyperlink" Target="https://www.bcn.cl/leychile/navegar?idNorma=5595" TargetMode="External"/><Relationship Id="rId264" Type="http://schemas.openxmlformats.org/officeDocument/2006/relationships/hyperlink" Target="https://www.bcn.cl/leychile/navegar?idNorma=141005" TargetMode="External"/><Relationship Id="rId265" Type="http://schemas.openxmlformats.org/officeDocument/2006/relationships/hyperlink" Target="https://www.bcn.cl/leychile/navegar?idNorma=1222514" TargetMode="External"/><Relationship Id="rId266" Type="http://schemas.openxmlformats.org/officeDocument/2006/relationships/hyperlink" Target="https://www.bcn.cl/leychile/navegar?idNorma=1222599" TargetMode="External"/><Relationship Id="rId267" Type="http://schemas.openxmlformats.org/officeDocument/2006/relationships/hyperlink" Target="https://www.bcn.cl/leychile/navegar?idNorma=1217402" TargetMode="External"/><Relationship Id="rId268" Type="http://schemas.openxmlformats.org/officeDocument/2006/relationships/hyperlink" Target="https://www.bcn.cl/leychile/navegar?idNorma=1211294" TargetMode="External"/><Relationship Id="rId269" Type="http://schemas.openxmlformats.org/officeDocument/2006/relationships/hyperlink" Target="https://www.bcn.cl/leychile/navegar?idNorma=1181443" TargetMode="External"/><Relationship Id="rId270" Type="http://schemas.openxmlformats.org/officeDocument/2006/relationships/hyperlink" Target="https://www.ispch.cl/normativa-andim/" TargetMode="External"/><Relationship Id="rId271" Type="http://schemas.openxmlformats.org/officeDocument/2006/relationships/hyperlink" Target="https://www.ispch.cl/andim/registro-y-autorizacion/registro/" TargetMode="External"/><Relationship Id="rId272" Type="http://schemas.openxmlformats.org/officeDocument/2006/relationships/hyperlink" Target="https://www.ispch.cl/andim/tecnovigilancia/" TargetMode="External"/><Relationship Id="rId273" Type="http://schemas.openxmlformats.org/officeDocument/2006/relationships/hyperlink" Target="https://www.bcn.cl/leychile/Navegar?idNorma=141599" TargetMode="External"/><Relationship Id="rId274" Type="http://schemas.openxmlformats.org/officeDocument/2006/relationships/hyperlink" Target="https://www.bcn.cl/leychile/Navegar/?idNorma=196640" TargetMode="External"/><Relationship Id="rId275" Type="http://schemas.openxmlformats.org/officeDocument/2006/relationships/hyperlink" Target="https://www.bcn.cl/leychile/Navegar?idNorma=1202434" TargetMode="External"/><Relationship Id="rId276" Type="http://schemas.openxmlformats.org/officeDocument/2006/relationships/hyperlink" Target="https://www.bcn.cl/leychile/Navegar?idNorma=1209272&amp;idVersion=2026-12-01" TargetMode="External"/><Relationship Id="rId277" Type="http://schemas.openxmlformats.org/officeDocument/2006/relationships/hyperlink" Target="https://english.nmpa.gov.cn/2022-10/25/c_824564.htm" TargetMode="External"/><Relationship Id="rId278" Type="http://schemas.openxmlformats.org/officeDocument/2006/relationships/hyperlink" Target="https://english.nmpa.gov.cn/2019-12/16/c_961748.htm" TargetMode="External"/><Relationship Id="rId279" Type="http://schemas.openxmlformats.org/officeDocument/2006/relationships/hyperlink" Target="https://english.nmpa.gov.cn/2024-06/05/c_993242.htm" TargetMode="External"/><Relationship Id="rId280" Type="http://schemas.openxmlformats.org/officeDocument/2006/relationships/hyperlink" Target="https://english.nmpa.gov.cn/2024-06/05/c_1049322.htm" TargetMode="External"/><Relationship Id="rId281" Type="http://schemas.openxmlformats.org/officeDocument/2006/relationships/hyperlink" Target="https://english.nmpa.gov.cn/2022-09/30/c_817470.htm" TargetMode="External"/><Relationship Id="rId282" Type="http://schemas.openxmlformats.org/officeDocument/2006/relationships/hyperlink" Target="https://www.gov.cn/lianbo/bumen/202511/P020251106423729351781.doc" TargetMode="External"/><Relationship Id="rId283" Type="http://schemas.openxmlformats.org/officeDocument/2006/relationships/hyperlink" Target="https://english.nmpa.gov.cn/2025-11/07/c_1138713.htm" TargetMode="External"/><Relationship Id="rId284" Type="http://schemas.openxmlformats.org/officeDocument/2006/relationships/hyperlink" Target="https://english.nmpa.gov.cn/CurrentRegulations.html" TargetMode="External"/><Relationship Id="rId285" Type="http://schemas.openxmlformats.org/officeDocument/2006/relationships/hyperlink" Target="https://english.nmpa.gov.cn/2025-12/24/c_1156455.htm" TargetMode="External"/><Relationship Id="rId286" Type="http://schemas.openxmlformats.org/officeDocument/2006/relationships/hyperlink" Target="https://www.nhc.gov.cn/bgt/gwywj2/202103/d1d32cd516af4c78bcb7eed0d90f8b2c.shtml" TargetMode="External"/><Relationship Id="rId287" Type="http://schemas.openxmlformats.org/officeDocument/2006/relationships/hyperlink" Target="https://english.nmpa.gov.cn/2022-06/30/c_785636.htm" TargetMode="External"/><Relationship Id="rId288" Type="http://schemas.openxmlformats.org/officeDocument/2006/relationships/hyperlink" Target="https://www.cac.gov.cn/2025-12/29/c_1768735112911946.htm" TargetMode="External"/><Relationship Id="rId289" Type="http://schemas.openxmlformats.org/officeDocument/2006/relationships/hyperlink" Target="https://www.cac.gov.cn/2004-08/28/c_126468489.htm" TargetMode="External"/><Relationship Id="rId290" Type="http://schemas.openxmlformats.org/officeDocument/2006/relationships/hyperlink" Target="https://www.cac.gov.cn/2023-07/13/c_1690898326795531.htm" TargetMode="External"/><Relationship Id="rId291" Type="http://schemas.openxmlformats.org/officeDocument/2006/relationships/hyperlink" Target="https://wb.flk.npc.gov.cn/flfg/PDF/c845735d7d86448e9849051acbcb4aba.pdf" TargetMode="External"/><Relationship Id="rId292" Type="http://schemas.openxmlformats.org/officeDocument/2006/relationships/hyperlink" Target="https://www.npc.gov.cn/npc/c2/c30834/202108/t20210820_313088.html" TargetMode="External"/><Relationship Id="rId293" Type="http://schemas.openxmlformats.org/officeDocument/2006/relationships/hyperlink" Target="https://www.cac.gov.cn/2024-09/30/c_1729384452307680.htm" TargetMode="External"/><Relationship Id="rId294" Type="http://schemas.openxmlformats.org/officeDocument/2006/relationships/hyperlink" Target="https://app.invima.gov.co/alertas/dispositivos-medicos-invima/index.php" TargetMode="External"/><Relationship Id="rId295" Type="http://schemas.openxmlformats.org/officeDocument/2006/relationships/hyperlink" Target="https://www.suin-juriscol.gov.co/viewDocument.asp?ruta=Decretos%2F1536474" TargetMode="External"/><Relationship Id="rId296" Type="http://schemas.openxmlformats.org/officeDocument/2006/relationships/hyperlink" Target="https://www.suin-juriscol.gov.co/viewDocument.asp?ruta=Decretos%2F1549782" TargetMode="External"/><Relationship Id="rId297" Type="http://schemas.openxmlformats.org/officeDocument/2006/relationships/hyperlink" Target="https://www.invima.gov.co/productos-vigilados/dispositivos-medicos/dispositivos-medicos-equipos-biomedicos" TargetMode="External"/><Relationship Id="rId298" Type="http://schemas.openxmlformats.org/officeDocument/2006/relationships/hyperlink" Target="https://www.invima.gov.co/productos-vigilados/dispositivos-medicos/estandar-semantico-codificacion-dispositivos" TargetMode="External"/><Relationship Id="rId299" Type="http://schemas.openxmlformats.org/officeDocument/2006/relationships/hyperlink" Target="https://www.invima.gov.co/productos-vigilados/dispositivos-medicos/programa-nacional-de-tecnovigilancia" TargetMode="External"/><Relationship Id="rId300" Type="http://schemas.openxmlformats.org/officeDocument/2006/relationships/hyperlink" Target="https://normograma.invima.gov.co/normograma/compilacion/docs/resolucion_minsaludps_1405_2022.htm" TargetMode="External"/><Relationship Id="rId301" Type="http://schemas.openxmlformats.org/officeDocument/2006/relationships/hyperlink" Target="https://normograma.invima.gov.co/compilacion/docs/resolucion_minproteccion_4002_2007.htm" TargetMode="External"/><Relationship Id="rId302" Type="http://schemas.openxmlformats.org/officeDocument/2006/relationships/hyperlink" Target="https://normograma.invima.gov.co/compilacion/docs/resolucion_minproteccion_4816_2008.htm" TargetMode="External"/><Relationship Id="rId303" Type="http://schemas.openxmlformats.org/officeDocument/2006/relationships/hyperlink" Target="https://www.suin-juriscol.gov.co/viewDocument.asp?id=1662013" TargetMode="External"/><Relationship Id="rId304" Type="http://schemas.openxmlformats.org/officeDocument/2006/relationships/hyperlink" Target="https://www1.funcionpublica.gov.co/eva/gestornormativo/norma.php?i=49981" TargetMode="External"/><Relationship Id="rId305" Type="http://schemas.openxmlformats.org/officeDocument/2006/relationships/hyperlink" Target="https://www.ministeriodesalud.go.cr/index.php/decretos-y-directrices-institucionales/24-consulta-publica" TargetMode="External"/><Relationship Id="rId306" Type="http://schemas.openxmlformats.org/officeDocument/2006/relationships/hyperlink" Target="https://pgrweb.go.cr/scij/Busqueda/Normativa/Normas/nrm_texto_completo.aspx?nValor1=1&amp;nValor2=80864" TargetMode="External"/><Relationship Id="rId307" Type="http://schemas.openxmlformats.org/officeDocument/2006/relationships/hyperlink" Target="https://pgrweb.go.cr/scij/Busqueda/Normativa/Normas/nrm_texto_completo.aspx?nValor1=1&amp;nValor2=99003" TargetMode="External"/><Relationship Id="rId308" Type="http://schemas.openxmlformats.org/officeDocument/2006/relationships/hyperlink" Target="https://pgrweb.go.cr/scij/Busqueda/Normativa/Normas/nrm_texto_completo.aspx?nValor1=1&amp;nValor2=6581" TargetMode="External"/><Relationship Id="rId309" Type="http://schemas.openxmlformats.org/officeDocument/2006/relationships/hyperlink" Target="https://www.ministeriodesalud.go.cr/index.php/tramites/empresas?catid=28&amp;id=159%3Aregistro-de-equipo-material-biomedico-emb&amp;view=article" TargetMode="External"/><Relationship Id="rId310" Type="http://schemas.openxmlformats.org/officeDocument/2006/relationships/hyperlink" Target="https://www.ministeriodesalud.go.cr/index.php/regulacion/2481-tecnovigilancia-26" TargetMode="External"/><Relationship Id="rId311" Type="http://schemas.openxmlformats.org/officeDocument/2006/relationships/hyperlink" Target="https://pgrweb.go.cr/scij/Busqueda/Normativa/Normas/nrm_texto_completo.aspx?nValor1=1&amp;nValor2=74352&amp;param1=NRTC" TargetMode="External"/><Relationship Id="rId312" Type="http://schemas.openxmlformats.org/officeDocument/2006/relationships/hyperlink" Target="https://pgrweb.go.cr/scij/Busqueda/Normativa/Normas/nrm_texto_completo.aspx?nValor1=1&amp;nValor2=55666&amp;nValor3=0&amp;param1=NRTC&amp;strTipM=TC" TargetMode="External"/><Relationship Id="rId313" Type="http://schemas.openxmlformats.org/officeDocument/2006/relationships/hyperlink" Target="https://pgrweb.go.cr/scij/Busqueda/Normativa/Normas/nrm_texto_completo.aspx?nValor1=1&amp;nValor2=70975&amp;param1=NRTC" TargetMode="External"/><Relationship Id="rId314" Type="http://schemas.openxmlformats.org/officeDocument/2006/relationships/hyperlink" Target="https://airp.ci/services-en-ligne" TargetMode="External"/><Relationship Id="rId315" Type="http://schemas.openxmlformats.org/officeDocument/2006/relationships/hyperlink" Target="https://airp.ci/publications/texte-juridique" TargetMode="External"/><Relationship Id="rId316" Type="http://schemas.openxmlformats.org/officeDocument/2006/relationships/hyperlink" Target="https://digemaps.gob.do/servicios/autorizacion-notificacion-publicidad-promocion-medicamentos-cosmeticos-productos-sanitarios-higiene-personal-hogar/" TargetMode="External"/><Relationship Id="rId317" Type="http://schemas.openxmlformats.org/officeDocument/2006/relationships/hyperlink" Target="https://digemaps.gob.do/descargas/15/leyes/34215/ley-no-42-01-general-de-salud.pdf" TargetMode="External"/><Relationship Id="rId318" Type="http://schemas.openxmlformats.org/officeDocument/2006/relationships/hyperlink" Target="https://digemaps.gob.do/servicios/registro-sanitario-de-productos-sanitarios/" TargetMode="External"/><Relationship Id="rId319" Type="http://schemas.openxmlformats.org/officeDocument/2006/relationships/hyperlink" Target="https://www.gob.ec/sites/default/files/sign/procedure-ARCSA-004-01-10-20240404111111-16953171-signed.pdf" TargetMode="External"/><Relationship Id="rId320" Type="http://schemas.openxmlformats.org/officeDocument/2006/relationships/hyperlink" Target="https://www.controlsanitario.gob.ec/wp-content/uploads/downloads/2017/03/RESOLUCION-ARCSA-DE-003-2017-CFMR_NTS-para-el-Sistema-Nacional-de-Tecnovigilancia.pdf" TargetMode="External"/><Relationship Id="rId321" Type="http://schemas.openxmlformats.org/officeDocument/2006/relationships/hyperlink" Target="https://www.controlsanitario.gob.ec/wp-content/uploads/downloads/2024/01/Resolucion-ARCSA-DE-026-2016-YMIH-NTS-Sustitutiva-para-el-registro-sanitario-y-control-de-dispositivos-medicos-de-uso-humano-y-de-los-establecimientos-en-donde-se-fabrican-importa.pdf" TargetMode="External"/><Relationship Id="rId322" Type="http://schemas.openxmlformats.org/officeDocument/2006/relationships/hyperlink" Target="https://www.edaegypt.gov.eg/media/tnhdmqnb/guideline-egyptian-guideline-for-medical-device-vigilance-system.pdf" TargetMode="External"/><Relationship Id="rId323" Type="http://schemas.openxmlformats.org/officeDocument/2006/relationships/hyperlink" Target="https://edaegypt.gov.eg/en/the-regulatory-reference-of-the-egyptian-drug-authority-eda/laws-and-executive-regulations/" TargetMode="External"/><Relationship Id="rId324" Type="http://schemas.openxmlformats.org/officeDocument/2006/relationships/hyperlink" Target="https://www.edaegypt.gov.eg/media/goxpgwu3/8_regulatory-guideline-on-requirements-for-unique-device.pdf" TargetMode="External"/><Relationship Id="rId325" Type="http://schemas.openxmlformats.org/officeDocument/2006/relationships/hyperlink" Target="https://edaegypt.gov.eg/en/the-regulatory-reference-of-the-egyptian-drug-authority-eda/regulatory-guidelines/regulatory-guidelines-for-the-central-administration-of-medical-device/" TargetMode="External"/><Relationship Id="rId326" Type="http://schemas.openxmlformats.org/officeDocument/2006/relationships/hyperlink" Target="https://edaegypt.gov.eg/media/m2vesugo/2-regulatory-guideline-for-procedures-of-registering-imported-and-local-medical-devices-holding-international-quality-certificates_up-2026.pdf" TargetMode="External"/><Relationship Id="rId327" Type="http://schemas.openxmlformats.org/officeDocument/2006/relationships/hyperlink" Target="https://pdpc.gov.eg/assets/pdf-data/Guidelines/DPO.pdf" TargetMode="External"/><Relationship Id="rId328" Type="http://schemas.openxmlformats.org/officeDocument/2006/relationships/hyperlink" Target="https://itida.gov.eg/English/Documents/2.pdf" TargetMode="External"/><Relationship Id="rId329" Type="http://schemas.openxmlformats.org/officeDocument/2006/relationships/hyperlink" Target="https://sis.gov.eg/en/media-center/news/sisi-endorses-law-on-personal-data-protection/" TargetMode="External"/><Relationship Id="rId330" Type="http://schemas.openxmlformats.org/officeDocument/2006/relationships/hyperlink" Target="https://www.srs.gob.sv/?p=2509" TargetMode="External"/><Relationship Id="rId331" Type="http://schemas.openxmlformats.org/officeDocument/2006/relationships/hyperlink" Target="https://osartec.gob.sv/wp-content/uploads/download-manager-files/RTS%20RS-DM_CPNyNI%2018-11-21.pdf" TargetMode="External"/><Relationship Id="rId332" Type="http://schemas.openxmlformats.org/officeDocument/2006/relationships/hyperlink" Target="https://osartec.gob.sv/wp-content/uploads/download-manager-files/RTS%20BPM%20DM_CPN%20y%20NI_31-01-22.pdf" TargetMode="External"/><Relationship Id="rId333" Type="http://schemas.openxmlformats.org/officeDocument/2006/relationships/hyperlink" Target="https://osartec.gob.sv/download/rts-11-03-0423-vigilancia-postcomercializacion-de-dispositivos-medicos-tecnovigilancia/" TargetMode="External"/><Relationship Id="rId334" Type="http://schemas.openxmlformats.org/officeDocument/2006/relationships/hyperlink" Target="https://www.efda.gov.et/publication/food-and-medicine-administration-proclamation-no-1112-2019/" TargetMode="External"/><Relationship Id="rId335" Type="http://schemas.openxmlformats.org/officeDocument/2006/relationships/hyperlink" Target="https://www.efda.gov.et/wp-content/uploads/2022/01/General-Guidelines-for-Medical-devices-Marketing-Authorization.pdf" TargetMode="External"/><Relationship Id="rId336" Type="http://schemas.openxmlformats.org/officeDocument/2006/relationships/hyperlink" Target="https://www.efda.gov.et/wp-content/uploads/2021/11/Guideline-for-Medical-Devices-Good-Manufacturing-Practice.pdf" TargetMode="External"/><Relationship Id="rId337" Type="http://schemas.openxmlformats.org/officeDocument/2006/relationships/hyperlink" Target="https://www.efda.gov.et/wp-content/uploads/2021/02/EFDA_Guidelines-for-IVD-Registration-Requirements.pdf" TargetMode="External"/><Relationship Id="rId338" Type="http://schemas.openxmlformats.org/officeDocument/2006/relationships/hyperlink" Target="https://www.efda.gov.et/wp-content/uploads/2021/02/EFDA_Guidelines-for-Non-IVD-Registration-Requirements.pdf" TargetMode="External"/><Relationship Id="rId339" Type="http://schemas.openxmlformats.org/officeDocument/2006/relationships/hyperlink" Target="https://www.efda.gov.et/wp-content/uploads/2022/07/Medical-devices-Post-Marketing-Surveillance-Guideline.pdf" TargetMode="External"/><Relationship Id="rId340" Type="http://schemas.openxmlformats.org/officeDocument/2006/relationships/hyperlink" Target="https://www.efda.gov.et/publication/medical-devices-recall-guideline/" TargetMode="External"/><Relationship Id="rId341" Type="http://schemas.openxmlformats.org/officeDocument/2006/relationships/hyperlink" Target="https://matsne.gov.ge/ka/document/view/6286437" TargetMode="External"/><Relationship Id="rId342" Type="http://schemas.openxmlformats.org/officeDocument/2006/relationships/hyperlink" Target="https://www.matsne.gov.ge/ka/document/view/5934377" TargetMode="External"/><Relationship Id="rId343" Type="http://schemas.openxmlformats.org/officeDocument/2006/relationships/hyperlink" Target="https://www.matsne.gov.ge/en/document/view/29980" TargetMode="External"/><Relationship Id="rId344" Type="http://schemas.openxmlformats.org/officeDocument/2006/relationships/hyperlink" Target="https://www.matsne.gov.ge/en/document/view/1659419?publication=41" TargetMode="External"/><Relationship Id="rId345" Type="http://schemas.openxmlformats.org/officeDocument/2006/relationships/hyperlink" Target="https://fdaghana.gov.gh/wp-content/uploads/2024/09/GUIDELINE-FOR-LICENSING-OF-PREMISES-FOR-MANUFACTURING-MEDICAL-DEVICES.pdf" TargetMode="External"/><Relationship Id="rId346" Type="http://schemas.openxmlformats.org/officeDocument/2006/relationships/hyperlink" Target="https://fdaghana.gov.gh/guidelines-for-safety-monitoring/" TargetMode="External"/><Relationship Id="rId347" Type="http://schemas.openxmlformats.org/officeDocument/2006/relationships/hyperlink" Target="https://fdaghana.gov.gh/wp-content/uploads/2024/02/GUIDELINES-FOR-THE-REGISTRATION-OF-MEDICAL-DEVICES.pdf" TargetMode="External"/><Relationship Id="rId348" Type="http://schemas.openxmlformats.org/officeDocument/2006/relationships/hyperlink" Target="https://fdaghana.gov.gh/local-products/medical-devices-guidelines-local/" TargetMode="External"/><Relationship Id="rId349" Type="http://schemas.openxmlformats.org/officeDocument/2006/relationships/hyperlink" Target="https://fdaghana.gov.gh/services-2/product-registration/medical-devices-registration/" TargetMode="External"/><Relationship Id="rId350" Type="http://schemas.openxmlformats.org/officeDocument/2006/relationships/hyperlink" Target="https://fdaghana.gov.gh/medical-devices-cosmetics-household-chemical-substance/" TargetMode="External"/><Relationship Id="rId351" Type="http://schemas.openxmlformats.org/officeDocument/2006/relationships/hyperlink" Target="https://medicamentos.mspas.gob.gt/index.php/legislacion-vigente/decretos?download=292%3Acodigo-de-salud" TargetMode="External"/><Relationship Id="rId352" Type="http://schemas.openxmlformats.org/officeDocument/2006/relationships/hyperlink" Target="https://medicamentos.mspas.gob.gt/phocadownload/Farmacovigilancia/2025/F-FV-c-04-v3-2025.pdf" TargetMode="External"/><Relationship Id="rId353" Type="http://schemas.openxmlformats.org/officeDocument/2006/relationships/hyperlink" Target="https://medicamentos.mspas.gob.gt/index.php/legislacion-vigente/normas-tecnicas?download=262%3Ainscripcion-sanitaria-de-dispositivos-medicos" TargetMode="External"/><Relationship Id="rId354" Type="http://schemas.openxmlformats.org/officeDocument/2006/relationships/hyperlink" Target="https://medicamentos.mspas.gob.gt/index.php/legislacion-vigente/normas-tecnicas?download=234%3Ant40" TargetMode="External"/><Relationship Id="rId355" Type="http://schemas.openxmlformats.org/officeDocument/2006/relationships/hyperlink" Target="https://arsa.gob.hn/" TargetMode="External"/><Relationship Id="rId356" Type="http://schemas.openxmlformats.org/officeDocument/2006/relationships/hyperlink" Target="https://arsa.gob.hn/centro-nacional-de-tecnovigilancia-tramites/" TargetMode="External"/><Relationship Id="rId357" Type="http://schemas.openxmlformats.org/officeDocument/2006/relationships/hyperlink" Target="https://arsa.gob.hn/dispositivos-medicos/" TargetMode="External"/><Relationship Id="rId358" Type="http://schemas.openxmlformats.org/officeDocument/2006/relationships/hyperlink" Target="https://www.mdd.gov.hk/filemanager/common/mdacs/GN-01-E.pdf" TargetMode="External"/><Relationship Id="rId359" Type="http://schemas.openxmlformats.org/officeDocument/2006/relationships/hyperlink" Target="https://www.mdd.gov.hk/filemanager/common/mdacs/GN-02-E.pdf" TargetMode="External"/><Relationship Id="rId360" Type="http://schemas.openxmlformats.org/officeDocument/2006/relationships/hyperlink" Target="https://www.mdd.gov.hk/filemanager/common/mdacs/GN-04-E.pdf" TargetMode="External"/><Relationship Id="rId361" Type="http://schemas.openxmlformats.org/officeDocument/2006/relationships/hyperlink" Target="https://www.mdd.gov.hk/filemanager/common/mdacs/GN-06-E.pdf" TargetMode="External"/><Relationship Id="rId362" Type="http://schemas.openxmlformats.org/officeDocument/2006/relationships/hyperlink" Target="https://www.mdd.gov.hk/en/information-publication/index.html" TargetMode="External"/><Relationship Id="rId363" Type="http://schemas.openxmlformats.org/officeDocument/2006/relationships/hyperlink" Target="https://www.info.gov.hk/gia/general/202601/28/P2026012800579.htm" TargetMode="External"/><Relationship Id="rId364" Type="http://schemas.openxmlformats.org/officeDocument/2006/relationships/hyperlink" Target="https://www.mdd.gov.hk/en/mdacs/index.html" TargetMode="External"/><Relationship Id="rId365" Type="http://schemas.openxmlformats.org/officeDocument/2006/relationships/hyperlink" Target="https://www.mdd.gov.hk/en/useful-information/frequently-asked-questions/index.html" TargetMode="External"/><Relationship Id="rId366" Type="http://schemas.openxmlformats.org/officeDocument/2006/relationships/hyperlink" Target="https://www.mdd.gov.hk/filemanager/common/mdacs/TR005E.pdf" TargetMode="External"/><Relationship Id="rId367" Type="http://schemas.openxmlformats.org/officeDocument/2006/relationships/hyperlink" Target="https://www.althingi.is/lagas/nuna/2020132.html" TargetMode="External"/><Relationship Id="rId368" Type="http://schemas.openxmlformats.org/officeDocument/2006/relationships/hyperlink" Target="https://www.ima.is/ima/laws-and-regulations/" TargetMode="External"/><Relationship Id="rId369" Type="http://schemas.openxmlformats.org/officeDocument/2006/relationships/hyperlink" Target="https://www.ima.is/medical-devices/use-and-vigilance-of-medical-devices/" TargetMode="External"/><Relationship Id="rId370" Type="http://schemas.openxmlformats.org/officeDocument/2006/relationships/hyperlink" Target="https://cdsco.gov.in/opencms/opencms/en/Medical-Device-Diagnostics/Medical-Device-Diagnostics/" TargetMode="External"/><Relationship Id="rId371" Type="http://schemas.openxmlformats.org/officeDocument/2006/relationships/hyperlink" Target="https://cdsco.gov.in/opencms/opencms/en/Acts-and-rules/Medical-Devices-Rules/" TargetMode="External"/><Relationship Id="rId372" Type="http://schemas.openxmlformats.org/officeDocument/2006/relationships/hyperlink" Target="https://cdsco.gov.in/opencms/resources/UploadCDSCOWeb/2018/UploadPvPI/Guidance%20Document.pdf" TargetMode="External"/><Relationship Id="rId373" Type="http://schemas.openxmlformats.org/officeDocument/2006/relationships/hyperlink" Target="https://cdsco.gov.in/opencms/resources/UploadCDSCOWeb/2022/m_device/2023.06.02_MDR_Final%20G.S.R.%20409%28E%29.pdf" TargetMode="External"/><Relationship Id="rId374" Type="http://schemas.openxmlformats.org/officeDocument/2006/relationships/hyperlink" Target="https://cdsco.gov.in/opencms/resources/UploadCDSCOWeb/2022/m_device/mdr%2C%202017%20%281%29.pdf" TargetMode="External"/><Relationship Id="rId375" Type="http://schemas.openxmlformats.org/officeDocument/2006/relationships/hyperlink" Target="https://depwd.gov.in/en/acts/" TargetMode="External"/><Relationship Id="rId376" Type="http://schemas.openxmlformats.org/officeDocument/2006/relationships/hyperlink" Target="https://www.cert-in.org.in/PDF/CERT-In_Directions_70B_28.04.2022.pdf" TargetMode="External"/><Relationship Id="rId377" Type="http://schemas.openxmlformats.org/officeDocument/2006/relationships/hyperlink" Target="https://www.meity.gov.in/static/uploads/2024/02/Digital-Personal-Data-Protection-Act-2023.pdf" TargetMode="External"/><Relationship Id="rId378" Type="http://schemas.openxmlformats.org/officeDocument/2006/relationships/hyperlink" Target="https://www.meity.gov.in/documents/act-and-policies/digital-personal-data-protection-rules-2025-gDOxUjMtQWa" TargetMode="External"/><Relationship Id="rId379" Type="http://schemas.openxmlformats.org/officeDocument/2006/relationships/hyperlink" Target="https://www.meity.gov.in/writereaddata/files/The%20Information%20Technology%20Act%2C%202000%283%29.pdf" TargetMode="External"/><Relationship Id="rId380" Type="http://schemas.openxmlformats.org/officeDocument/2006/relationships/hyperlink" Target="https://www.meity.gov.in/static/uploads/2025/11/c56ceae6c383460ca69577428d36828b.pdf" TargetMode="External"/><Relationship Id="rId381" Type="http://schemas.openxmlformats.org/officeDocument/2006/relationships/hyperlink" Target="https://peraturan.bpk.go.id/details/294077/pp-no-28-tahun-2024" TargetMode="External"/><Relationship Id="rId382" Type="http://schemas.openxmlformats.org/officeDocument/2006/relationships/hyperlink" Target="https://sertifikasialkes.kemkes.go.id/index.html" TargetMode="External"/><Relationship Id="rId383" Type="http://schemas.openxmlformats.org/officeDocument/2006/relationships/hyperlink" Target="https://peraturan.bpk.go.id/Details/111997/permenkes-no-20-tahun-2017" TargetMode="External"/><Relationship Id="rId384" Type="http://schemas.openxmlformats.org/officeDocument/2006/relationships/hyperlink" Target="https://peraturan.bpk.go.id/Details/116710/permenkes-no-4-tahun-2014" TargetMode="External"/><Relationship Id="rId385" Type="http://schemas.openxmlformats.org/officeDocument/2006/relationships/hyperlink" Target="https://peraturan.bpk.go.id/Details/112243/permenkes-no-62-tahun-2017" TargetMode="External"/><Relationship Id="rId386" Type="http://schemas.openxmlformats.org/officeDocument/2006/relationships/hyperlink" Target="https://mobilealkes.kemkes.go.id/" TargetMode="External"/><Relationship Id="rId387" Type="http://schemas.openxmlformats.org/officeDocument/2006/relationships/hyperlink" Target="https://regalkes.kemkes.go.id/index.php/home/Informasi/lstGuideline" TargetMode="External"/><Relationship Id="rId388" Type="http://schemas.openxmlformats.org/officeDocument/2006/relationships/hyperlink" Target="https://regalkes.kemkes.go.id/" TargetMode="External"/><Relationship Id="rId389" Type="http://schemas.openxmlformats.org/officeDocument/2006/relationships/hyperlink" Target="https://www.peraturan.go.id/id/pp-no-71-tahun-2019" TargetMode="External"/><Relationship Id="rId390" Type="http://schemas.openxmlformats.org/officeDocument/2006/relationships/hyperlink" Target="https://www.peraturan.go.id/id/uu-no-1-tahun-2024" TargetMode="External"/><Relationship Id="rId391" Type="http://schemas.openxmlformats.org/officeDocument/2006/relationships/hyperlink" Target="https://www.peraturan.go.id/id/uu-no-27-tahun-2022" TargetMode="External"/><Relationship Id="rId392" Type="http://schemas.openxmlformats.org/officeDocument/2006/relationships/hyperlink" Target="https://www.peraturan.go.id/id/uu-no-8-tahun-2016" TargetMode="External"/><Relationship Id="rId393" Type="http://schemas.openxmlformats.org/officeDocument/2006/relationships/hyperlink" Target="https://www.gov.il/BlobFolder/dynamiccollectorresultitem/amr-guidelines_amr_reg_guidelines/he/units_amar_AMR_reg_guidelines.pdf" TargetMode="External"/><Relationship Id="rId394" Type="http://schemas.openxmlformats.org/officeDocument/2006/relationships/hyperlink" Target="https://fs.knesset.gov.il/18/law/18_lsr_300799.pdf" TargetMode="External"/><Relationship Id="rId395" Type="http://schemas.openxmlformats.org/officeDocument/2006/relationships/hyperlink" Target="https://www.gov.il/ar/departments/units/medical_equipment_unit/govil-landing-page" TargetMode="External"/><Relationship Id="rId396" Type="http://schemas.openxmlformats.org/officeDocument/2006/relationships/hyperlink" Target="https://www.gov.il/he/departments/general/electronic_signature_law2" TargetMode="External"/><Relationship Id="rId397" Type="http://schemas.openxmlformats.org/officeDocument/2006/relationships/hyperlink" Target="https://www.gov.il/BlobFolder/legalinfo/legislation/en/ProtectionofPrivacyLaw57411981unofficialtranslatio.pdf" TargetMode="External"/><Relationship Id="rId398" Type="http://schemas.openxmlformats.org/officeDocument/2006/relationships/hyperlink" Target="https://www.gov.il/BlobFolder/legalinfo/data_security_regulation/en/PROTECTION%20OF%20PRIVACY%20REGULATIONS.pdf" TargetMode="External"/><Relationship Id="rId399" Type="http://schemas.openxmlformats.org/officeDocument/2006/relationships/hyperlink" Target="https://www.gov.il/he/pages/website_accessibility?chapterIndex=3" TargetMode="External"/><Relationship Id="rId400" Type="http://schemas.openxmlformats.org/officeDocument/2006/relationships/hyperlink" Target="https://www.moh.gov.jm/standards-and-regulation-division/" TargetMode="External"/><Relationship Id="rId401" Type="http://schemas.openxmlformats.org/officeDocument/2006/relationships/hyperlink" Target="https://laws.moj.gov.jm/legislation/statutes/F/Food%20and%20Drugs%20Act.pdf" TargetMode="External"/><Relationship Id="rId402" Type="http://schemas.openxmlformats.org/officeDocument/2006/relationships/hyperlink" Target="https://laws.moj.gov.jm/legislation/subsids/F/The%20Food%20and%20Drugs%20Act.pdf" TargetMode="External"/><Relationship Id="rId403" Type="http://schemas.openxmlformats.org/officeDocument/2006/relationships/hyperlink" Target="https://www.mhlw.go.jp/web/t_doc?dataId=81aa6391&amp;dataType=0&amp;pageNo=1" TargetMode="External"/><Relationship Id="rId404" Type="http://schemas.openxmlformats.org/officeDocument/2006/relationships/hyperlink" Target="https://www.mhlw.go.jp/web/t_doc?dataId=81aa6618&amp;dataType=0" TargetMode="External"/><Relationship Id="rId405" Type="http://schemas.openxmlformats.org/officeDocument/2006/relationships/hyperlink" Target="https://www.japaneselawtranslation.go.jp/en/laws/view/3213" TargetMode="External"/><Relationship Id="rId406" Type="http://schemas.openxmlformats.org/officeDocument/2006/relationships/hyperlink" Target="https://www.mhlw.go.jp/web/t_doc?dataId=81004000&amp;dataType=0&amp;pageNo=1" TargetMode="External"/><Relationship Id="rId407" Type="http://schemas.openxmlformats.org/officeDocument/2006/relationships/hyperlink" Target="https://www.mhlw.go.jp/web/t_doc?dataId=81006000&amp;dataType=0&amp;pageNo=1" TargetMode="External"/><Relationship Id="rId408" Type="http://schemas.openxmlformats.org/officeDocument/2006/relationships/hyperlink" Target="https://www.pmda.go.jp/files/000239873.pdf" TargetMode="External"/><Relationship Id="rId409" Type="http://schemas.openxmlformats.org/officeDocument/2006/relationships/hyperlink" Target="https://www.pmda.go.jp/english/review-services/regulatory-info/0004.html" TargetMode="External"/><Relationship Id="rId410" Type="http://schemas.openxmlformats.org/officeDocument/2006/relationships/hyperlink" Target="https://www.pmda.go.jp/files/000239874.pdf" TargetMode="External"/><Relationship Id="rId411" Type="http://schemas.openxmlformats.org/officeDocument/2006/relationships/hyperlink" Target="https://www.japaneselawtranslation.go.jp/laws/view/4241" TargetMode="External"/><Relationship Id="rId412" Type="http://schemas.openxmlformats.org/officeDocument/2006/relationships/hyperlink" Target="https://www.jfda.jo/ebv4.0/root_storage/ar/eb_list_page/%D9%82%D8%A7%D9%86%D9%88%D9%86_%D8%A7%D9%84%D8%AF%D9%88%D8%A7%D8%A1_%D9%88%D8%A7%D9%84%D8%B5%D9%8A%D8%AF%D9%84%D8%A9-0.pdf" TargetMode="External"/><Relationship Id="rId413" Type="http://schemas.openxmlformats.org/officeDocument/2006/relationships/hyperlink" Target="https://www.jfda.jo/ebv4.0/root_storage/ar/eb_list_page/%D8%AA%D8%B9%D9%84%D9%8A%D9%85%D8%A7%D8%AA_%D9%81%D8%AD%D8%B5_%D8%A7%D9%84%D9%85%D8%B3%D8%AA%D9%84%D8%B2%D9%85%D8%A7%D8%AA_%D8%A7%D9%84%D8%B7%D8%A8%D9%8A%D8%A9_%D9%88%D8%A7%D9%84%D9%85%D8%B9%D9%82%D9%85%D8%A7%D8%AA_%D9%88%D8%A7%D9%84%D9%85%D8%B7%D9%87%D8%B1%D8%A7%D8%AA_%D9%88%D9%85%D8%B3%D8%AA%D8%AD%D8%B6%D8%B1%D8%A7%D8%AA_%D8%A7%D9%84%D8%AA%D8%AC%D9%85%D9%8A%D9%84-0.pdf" TargetMode="External"/><Relationship Id="rId414" Type="http://schemas.openxmlformats.org/officeDocument/2006/relationships/hyperlink" Target="https://www.jfda.jo/Ar/List/%D8%A7%D9%84%D8%A7%D9%86%D8%B8%D9%85%D8%A9" TargetMode="External"/><Relationship Id="rId415" Type="http://schemas.openxmlformats.org/officeDocument/2006/relationships/hyperlink" Target="https://www.jfda.jo/Ar/Pages/%D9%85%D8%AF%D9%8A%D8%B1%D9%8A%D8%A9_%D8%A7%D9%84%D8%A7%D8%AC%D9%87%D8%B2%D8%A9_%D8%A7%D9%84%D8%B7%D8%A8%D9%8A%D8%A9_%D9%88%D8%A7%D9%84%D9%85%D8%B3%D8%AA%D9%84%D8%B2%D9%85%D8%A7%D8%AA" TargetMode="External"/><Relationship Id="rId416" Type="http://schemas.openxmlformats.org/officeDocument/2006/relationships/hyperlink" Target="https://services.jfda.jo/jfda/medicaldevices/mdenquiry.aspx" TargetMode="External"/><Relationship Id="rId417" Type="http://schemas.openxmlformats.org/officeDocument/2006/relationships/hyperlink" Target="https://www.adilet.zan.kz/rus/docs/K2000000360" TargetMode="External"/><Relationship Id="rId418" Type="http://schemas.openxmlformats.org/officeDocument/2006/relationships/hyperlink" Target="https://www.adilet.zan.kz/rus/docs/V2100022144" TargetMode="External"/><Relationship Id="rId419" Type="http://schemas.openxmlformats.org/officeDocument/2006/relationships/hyperlink" Target="https://www.adilet.zan.kz/rus/docs/V2000021898" TargetMode="External"/><Relationship Id="rId420" Type="http://schemas.openxmlformats.org/officeDocument/2006/relationships/hyperlink" Target="https://www.adilet.zan.kz/rus/docs/V2000021896" TargetMode="External"/><Relationship Id="rId421" Type="http://schemas.openxmlformats.org/officeDocument/2006/relationships/hyperlink" Target="https://adilet.zan.kz/rus/docs/V2000021906" TargetMode="External"/><Relationship Id="rId422" Type="http://schemas.openxmlformats.org/officeDocument/2006/relationships/hyperlink" Target="https://products.pharmacyboardkenya.org/ppb_admin/pages/public_view_old_webiste_files.php" TargetMode="External"/><Relationship Id="rId423" Type="http://schemas.openxmlformats.org/officeDocument/2006/relationships/hyperlink" Target="https://new.kenyalaw.org/akn/ke/act/ln/2022/96/eng%402022-06-17" TargetMode="External"/><Relationship Id="rId424" Type="http://schemas.openxmlformats.org/officeDocument/2006/relationships/hyperlink" Target="https://new.kenyalaw.org/akn/ke/act/ln/2022/100/eng%402022-12-31" TargetMode="External"/><Relationship Id="rId425" Type="http://schemas.openxmlformats.org/officeDocument/2006/relationships/hyperlink" Target="https://new.kenyalaw.org/akn/ke/act/1956/17/eng%402023-12-11" TargetMode="External"/><Relationship Id="rId426" Type="http://schemas.openxmlformats.org/officeDocument/2006/relationships/hyperlink" Target="https://new.kenyalaw.org/akn/ke/act/ln/1957/186/eng%402022-12-31" TargetMode="External"/><Relationship Id="rId427" Type="http://schemas.openxmlformats.org/officeDocument/2006/relationships/hyperlink" Target="https://www.pharmacyboardkenya.org/registrationretentionvariations/" TargetMode="External"/><Relationship Id="rId428" Type="http://schemas.openxmlformats.org/officeDocument/2006/relationships/hyperlink" Target="https://www.moh.gov.kw/en/Pages/DCC.aspx" TargetMode="External"/><Relationship Id="rId429" Type="http://schemas.openxmlformats.org/officeDocument/2006/relationships/hyperlink" Target="https://www.moh.gov.kw/en/pages/DRUGCA.aspx" TargetMode="External"/><Relationship Id="rId430" Type="http://schemas.openxmlformats.org/officeDocument/2006/relationships/hyperlink" Target="https://www.moh.gov.kw/UserRefs/DrugFoodControl/MDV%20IRIS%20.pdf" TargetMode="External"/><Relationship Id="rId431" Type="http://schemas.openxmlformats.org/officeDocument/2006/relationships/hyperlink" Target="https://www.moh.gov.kw/UserRefs/DrugFoodControl/MDV%20Manufacturers%20%20.pdf" TargetMode="External"/><Relationship Id="rId432" Type="http://schemas.openxmlformats.org/officeDocument/2006/relationships/hyperlink" Target="https://www.moh.gov.kw/en/pages/MDR.aspx" TargetMode="External"/><Relationship Id="rId433" Type="http://schemas.openxmlformats.org/officeDocument/2006/relationships/hyperlink" Target="https://cbd.minjust.gov.kg/7-32372/edition/16625/ru" TargetMode="External"/><Relationship Id="rId434" Type="http://schemas.openxmlformats.org/officeDocument/2006/relationships/hyperlink" Target="https://cbd.minjust.gov.kg/4-5241/edition/40637/ru" TargetMode="External"/><Relationship Id="rId435" Type="http://schemas.openxmlformats.org/officeDocument/2006/relationships/hyperlink" Target="https://www.dlsmi.kg/ru/legislation/" TargetMode="External"/><Relationship Id="rId436" Type="http://schemas.openxmlformats.org/officeDocument/2006/relationships/hyperlink" Target="https://dlsmi.kg/ru/register_mi/" TargetMode="External"/><Relationship Id="rId437" Type="http://schemas.openxmlformats.org/officeDocument/2006/relationships/hyperlink" Target="https://www.laotradeportal.gov.la/en-gb/site/display/1283" TargetMode="External"/><Relationship Id="rId438" Type="http://schemas.openxmlformats.org/officeDocument/2006/relationships/hyperlink" Target="https://www.laotradeportal.gov.la/en-gb/site/display/2697" TargetMode="External"/><Relationship Id="rId439" Type="http://schemas.openxmlformats.org/officeDocument/2006/relationships/hyperlink" Target="https://fdd.gov.la/content.php?id=30" TargetMode="External"/><Relationship Id="rId440" Type="http://schemas.openxmlformats.org/officeDocument/2006/relationships/hyperlink" Target="https://fdd.gov.la/download/contentfiles/69d609fe0dd4a_EngVerLaw_on_Medicines_and_Medical_Products_2025_ENG_V1_clean_reviewed_EK_final.pdf" TargetMode="External"/><Relationship Id="rId441" Type="http://schemas.openxmlformats.org/officeDocument/2006/relationships/hyperlink" Target="https://www.gesetze.li/konso/2022143000" TargetMode="External"/><Relationship Id="rId442" Type="http://schemas.openxmlformats.org/officeDocument/2006/relationships/hyperlink" Target="https://www.gesetze.li/konso/2021161000" TargetMode="External"/><Relationship Id="rId443" Type="http://schemas.openxmlformats.org/officeDocument/2006/relationships/hyperlink" Target="https://www.llv.li/en/business/industry-professional-associations/health-professions-and-therapeutic-products/medical-devices/market-access" TargetMode="External"/><Relationship Id="rId444" Type="http://schemas.openxmlformats.org/officeDocument/2006/relationships/hyperlink" Target="https://www.mda.gov.my/index.php/industry/establishment-licence/establishment-license-information" TargetMode="External"/><Relationship Id="rId445" Type="http://schemas.openxmlformats.org/officeDocument/2006/relationships/hyperlink" Target="https://www.mda.gov.my/index.php/doc-list/guidance-document" TargetMode="External"/><Relationship Id="rId446" Type="http://schemas.openxmlformats.org/officeDocument/2006/relationships/hyperlink" Target="https://www.mda.gov.my/index.php/industry/medical-device-registration/medical-device-registration-information" TargetMode="External"/><Relationship Id="rId447" Type="http://schemas.openxmlformats.org/officeDocument/2006/relationships/hyperlink" Target="https://portal.mda.gov.my/index.php/announcement/1432-announcement-pilot-survey-for-unique-device-identification-udi-in-malaysia" TargetMode="External"/><Relationship Id="rId448" Type="http://schemas.openxmlformats.org/officeDocument/2006/relationships/hyperlink" Target="https://www.mda.gov.my/index.php/documents/guidance-documents/1856-complaint-handling-60-60-23jun2020-1" TargetMode="External"/><Relationship Id="rId449" Type="http://schemas.openxmlformats.org/officeDocument/2006/relationships/hyperlink" Target="https://www.mda.gov.my/index.php/documents/guidance-documents/1827-field-corrective-action-gdac-29june2020-syedited-1" TargetMode="External"/><Relationship Id="rId450" Type="http://schemas.openxmlformats.org/officeDocument/2006/relationships/hyperlink" Target="https://www.mda.gov.my/index.php/documents/guidance-documents/1833-mandatory-problem-reporting-60-60-10-june2020-2-1" TargetMode="External"/><Relationship Id="rId451" Type="http://schemas.openxmlformats.org/officeDocument/2006/relationships/hyperlink" Target="https://www.mda.gov.my/index.php/documents/guidance-documents/1840-medical-device-recall-60-90-2july2020-edited-gdac-decision-1" TargetMode="External"/><Relationship Id="rId452" Type="http://schemas.openxmlformats.org/officeDocument/2006/relationships/hyperlink" Target="https://portal.mda.gov.my/index.php/doc-list/legislation" TargetMode="External"/><Relationship Id="rId453" Type="http://schemas.openxmlformats.org/officeDocument/2006/relationships/hyperlink" Target="https://www.mda.gov.my/index.php/documents/ukk/3859-pua-330-2025-2/file" TargetMode="External"/><Relationship Id="rId454" Type="http://schemas.openxmlformats.org/officeDocument/2006/relationships/hyperlink" Target="https://www.mda.gov.my/index.php/documents/ukk/4012-pua10-medical-device-designated-medical-device-order-2026/file" TargetMode="External"/><Relationship Id="rId455" Type="http://schemas.openxmlformats.org/officeDocument/2006/relationships/hyperlink" Target="https://www.mda.gov.my/index.php/documents/regulation/1313-medical-device-regulations-duties-and-obligations-of-establishments-2019/file" TargetMode="External"/><Relationship Id="rId456" Type="http://schemas.openxmlformats.org/officeDocument/2006/relationships/hyperlink" Target="https://www.mda.gov.my/index.php/ms/dokumen/regulation/685-medical-device-act-2012-eng/file" TargetMode="External"/><Relationship Id="rId457" Type="http://schemas.openxmlformats.org/officeDocument/2006/relationships/hyperlink" Target="https://www.mda.gov.my/index.php/documents/regulation/19-medical-device-regulation-2012/file" TargetMode="External"/><Relationship Id="rId458" Type="http://schemas.openxmlformats.org/officeDocument/2006/relationships/hyperlink" Target="https://nacsa.gov.my/act854.php" TargetMode="External"/><Relationship Id="rId459" Type="http://schemas.openxmlformats.org/officeDocument/2006/relationships/hyperlink" Target="https://www.mcmc.gov.my/skmmgovmy/media/General/pdf/Act-562.pdf" TargetMode="External"/><Relationship Id="rId460" Type="http://schemas.openxmlformats.org/officeDocument/2006/relationships/hyperlink" Target="https://www.pdp.gov.my/ppdpv1/wp-content/uploads/2024/11/Act-A1727.pdf" TargetMode="External"/><Relationship Id="rId461" Type="http://schemas.openxmlformats.org/officeDocument/2006/relationships/hyperlink" Target="https://www.pdp.gov.my/ppdpv1/en/akta/pdp-act-2010-en/" TargetMode="External"/><Relationship Id="rId462" Type="http://schemas.openxmlformats.org/officeDocument/2006/relationships/hyperlink" Target="https://health.gov.mv/storage/uploads/QEoApGq9/16wp8gsu.pdf" TargetMode="External"/><Relationship Id="rId463" Type="http://schemas.openxmlformats.org/officeDocument/2006/relationships/hyperlink" Target="https://health.gov.mv/storage/uploads/8roOG1oP/ipt86pvb.pdf" TargetMode="External"/><Relationship Id="rId464" Type="http://schemas.openxmlformats.org/officeDocument/2006/relationships/hyperlink" Target="https://health.gov.mv/storage/uploads/KyYja6wP/ylycgzk3.pdf" TargetMode="External"/><Relationship Id="rId465" Type="http://schemas.openxmlformats.org/officeDocument/2006/relationships/hyperlink" Target="https://mfda.gov.mv/en/departments/medicines-and-therapeutic-goods-division" TargetMode="External"/><Relationship Id="rId466" Type="http://schemas.openxmlformats.org/officeDocument/2006/relationships/hyperlink" Target="https://mfda.gov.mv/storage/uploads/9kobgRw8/dkv5sd2n.pdf" TargetMode="External"/><Relationship Id="rId467" Type="http://schemas.openxmlformats.org/officeDocument/2006/relationships/hyperlink" Target="https://health.govmu.org/health/wp-content/uploads/2023/03/Clinical-Trials-Medical-Devices-Trials-Regulations-2021.pdf" TargetMode="External"/><Relationship Id="rId468" Type="http://schemas.openxmlformats.org/officeDocument/2006/relationships/hyperlink" Target="https://health.govmu.org/health/wp-content/uploads/2023/03/CLINICAL-TRIALS-ACT-2011-1.pdf" TargetMode="External"/><Relationship Id="rId469" Type="http://schemas.openxmlformats.org/officeDocument/2006/relationships/hyperlink" Target="https://health.govmu.org/health/?page_id=5671" TargetMode="External"/><Relationship Id="rId470" Type="http://schemas.openxmlformats.org/officeDocument/2006/relationships/hyperlink" Target="https://www.gob.mx/cofepris/documentos/alertas-sanitarias-de-dispositivos-medicos?state=published" TargetMode="External"/><Relationship Id="rId471" Type="http://schemas.openxmlformats.org/officeDocument/2006/relationships/hyperlink" Target="https://www.gob.mx/cofepris/acciones-y-programas/dispositivos-medicos-397888?state=published" TargetMode="External"/><Relationship Id="rId472" Type="http://schemas.openxmlformats.org/officeDocument/2006/relationships/hyperlink" Target="https://www.diputados.gob.mx/LeyesBiblio/pdf/LGS.pdf" TargetMode="External"/><Relationship Id="rId473" Type="http://schemas.openxmlformats.org/officeDocument/2006/relationships/hyperlink" Target="https://www.dof.gob.mx/normasOficiales/3570/SALUD13_C/SALUD13_C.htm" TargetMode="External"/><Relationship Id="rId474" Type="http://schemas.openxmlformats.org/officeDocument/2006/relationships/hyperlink" Target="https://dof.gob.mx/normasOficiales/9557/salud/salud.html" TargetMode="External"/><Relationship Id="rId475" Type="http://schemas.openxmlformats.org/officeDocument/2006/relationships/hyperlink" Target="https://dof.gob.mx/normasOficiales.php?codp=4919&amp;view=si" TargetMode="External"/><Relationship Id="rId476" Type="http://schemas.openxmlformats.org/officeDocument/2006/relationships/hyperlink" Target="https://dof.gob.mx/normasOficiales/9497/salud/salud.html" TargetMode="External"/><Relationship Id="rId477" Type="http://schemas.openxmlformats.org/officeDocument/2006/relationships/hyperlink" Target="https://www.gob.mx/cofepris/documentos/registros-dispositivos-medicos" TargetMode="External"/><Relationship Id="rId478" Type="http://schemas.openxmlformats.org/officeDocument/2006/relationships/hyperlink" Target="https://www.diputados.gob.mx/LeyesBiblio/regley/Reg_LGS_IS.pdf" TargetMode="External"/><Relationship Id="rId479" Type="http://schemas.openxmlformats.org/officeDocument/2006/relationships/hyperlink" Target="https://www.diputados.gob.mx/LeyesBiblio/pdf/CCom.pdf" TargetMode="External"/><Relationship Id="rId480" Type="http://schemas.openxmlformats.org/officeDocument/2006/relationships/hyperlink" Target="https://www.dof.gob.mx/nota_detalle.php?codigo=5752569&amp;fecha=20/03/2025" TargetMode="External"/><Relationship Id="rId481" Type="http://schemas.openxmlformats.org/officeDocument/2006/relationships/hyperlink" Target="https://amdm.gov.md/ro/page/reglementare_acte_normative" TargetMode="External"/><Relationship Id="rId482" Type="http://schemas.openxmlformats.org/officeDocument/2006/relationships/hyperlink" Target="https://amdm.gov.md/ro/page/amdm_ordine_dm_rg" TargetMode="External"/><Relationship Id="rId483" Type="http://schemas.openxmlformats.org/officeDocument/2006/relationships/hyperlink" Target="https://amdm.gov.md/ro/page/sistemul-de-vigilenta-dm" TargetMode="External"/><Relationship Id="rId484" Type="http://schemas.openxmlformats.org/officeDocument/2006/relationships/hyperlink" Target="https://amdm.gov.md/public/ro/news/preciz-ri-privind-situa-ia-inregistr-rii-dispozitivelor-medicale-i-m-surile-de-reform-institu-ional" TargetMode="External"/><Relationship Id="rId485" Type="http://schemas.openxmlformats.org/officeDocument/2006/relationships/hyperlink" Target="https://www.legis.md/cautare/getResults?doc_id=108836&amp;lang=ro" TargetMode="External"/><Relationship Id="rId486" Type="http://schemas.openxmlformats.org/officeDocument/2006/relationships/hyperlink" Target="https://www.legis.md/cautare/getResults?doc_id=108837&amp;lang=ro" TargetMode="External"/><Relationship Id="rId487" Type="http://schemas.openxmlformats.org/officeDocument/2006/relationships/hyperlink" Target="https://www.legis.md/cautare/getResults?doc_id=108838&amp;lang=ro" TargetMode="External"/><Relationship Id="rId488" Type="http://schemas.openxmlformats.org/officeDocument/2006/relationships/hyperlink" Target="https://www.legis.md/cautare/downloadpdf/136280" TargetMode="External"/><Relationship Id="rId489" Type="http://schemas.openxmlformats.org/officeDocument/2006/relationships/hyperlink" Target="https://www.legis.md/cautare/downloadpdf/149260" TargetMode="External"/><Relationship Id="rId490" Type="http://schemas.openxmlformats.org/officeDocument/2006/relationships/hyperlink" Target="https://legalinfo.mn/mn/detail?lawId=17140713569541" TargetMode="External"/><Relationship Id="rId491" Type="http://schemas.openxmlformats.org/officeDocument/2006/relationships/hyperlink" Target="https://mmra.gov.mn/?id=226" TargetMode="External"/><Relationship Id="rId492" Type="http://schemas.openxmlformats.org/officeDocument/2006/relationships/hyperlink" Target="https://mmra.gov.mn/?id=230" TargetMode="External"/><Relationship Id="rId493" Type="http://schemas.openxmlformats.org/officeDocument/2006/relationships/hyperlink" Target="https://legalinfo.mn/mn/detail?lawId=17431734185862&amp;showType=1" TargetMode="External"/><Relationship Id="rId494" Type="http://schemas.openxmlformats.org/officeDocument/2006/relationships/hyperlink" Target="https://legalinfo.mn/mn/detail?lawId=17432003413002&amp;showType=1" TargetMode="External"/><Relationship Id="rId495" Type="http://schemas.openxmlformats.org/officeDocument/2006/relationships/hyperlink" Target="https://cinmed.me/regulativa/regulativa-medicinskih-sredstava/" TargetMode="External"/><Relationship Id="rId496" Type="http://schemas.openxmlformats.org/officeDocument/2006/relationships/hyperlink" Target="https://cinmed.me/wp-content/uploads/2024/10/Zakon-o-medicinskim-sredstvima.pdf" TargetMode="External"/><Relationship Id="rId497" Type="http://schemas.openxmlformats.org/officeDocument/2006/relationships/hyperlink" Target="https://cinmed.me/wp-content/uploads/2023/05/Pravilnik-o-obiljezavanju-i-sadrzaju-uputstva-za-upotrebu-medicinskog-sredstva.pdf" TargetMode="External"/><Relationship Id="rId498" Type="http://schemas.openxmlformats.org/officeDocument/2006/relationships/hyperlink" Target="https://cinmed.me/wp-content/uploads/2022/11/Pravilnik-o-priznavanju-inostranih-isprava-i-CE-znaka-i-o-registraciji-medicinskog-sredstva-za-portal.pdf" TargetMode="External"/><Relationship Id="rId499" Type="http://schemas.openxmlformats.org/officeDocument/2006/relationships/hyperlink" Target="https://www.sante.gov.ma/Reglementation/REGLEMENTATIONAPPLICABLEAUPRODUITSDESANTE/2-12-149.pdf" TargetMode="External"/><Relationship Id="rId500" Type="http://schemas.openxmlformats.org/officeDocument/2006/relationships/hyperlink" Target="https://www.sante.gov.ma/Reglementation/REGLEMENTATIONAPPLICABLEAUPRODUITSDESANTE/2-14-607.pdf" TargetMode="External"/><Relationship Id="rId501" Type="http://schemas.openxmlformats.org/officeDocument/2006/relationships/hyperlink" Target="https://www.sgg.gov.ma/BO/FR/2873/2025/BO_7462_Fr.pdf" TargetMode="External"/><Relationship Id="rId502" Type="http://schemas.openxmlformats.org/officeDocument/2006/relationships/hyperlink" Target="https://www.sante.gov.ma/Reglementation/REGLEMENTATIONAPPLICABLEAUPRODUITSDESANTE/11-08.pdf" TargetMode="External"/><Relationship Id="rId503" Type="http://schemas.openxmlformats.org/officeDocument/2006/relationships/hyperlink" Target="https://www.sante.gov.ma/Reglementation/REGLEMENTATIONAPPLICABLEAUPRODUITSDESANTE/84-12.pdf" TargetMode="External"/><Relationship Id="rId504" Type="http://schemas.openxmlformats.org/officeDocument/2006/relationships/hyperlink" Target="https://www.sante.gov.ma/Reglementation/REGLEMENTATIONAPPLICABLEAUPRODUITSDESANTE/1-Arr%C3%AAt%C3%A9%20n%C2%B0%202853%20%2C%202854%20%2C%202855%20%2C%202856%20relatifs%20aux%20dispositifs%20m%C3%A9dicaux.pdf" TargetMode="External"/><Relationship Id="rId505" Type="http://schemas.openxmlformats.org/officeDocument/2006/relationships/hyperlink" Target="https://www.sante.gov.ma/Medicaments/EnregProdPharma/enrmedicament/Pages/default.aspx" TargetMode="External"/><Relationship Id="rId506" Type="http://schemas.openxmlformats.org/officeDocument/2006/relationships/hyperlink" Target="https://www.sante.gov.ma/Reglementation/Pages/REGLEMENTATION-APPLICABLE-AU-PRODUITS-DE-SANTE.aspx" TargetMode="External"/><Relationship Id="rId507" Type="http://schemas.openxmlformats.org/officeDocument/2006/relationships/hyperlink" Target="https://www.fda.gov.mm/wp-content/uploads/2024/10/ASEAN-Medical-Device-Directive.pdf" TargetMode="External"/><Relationship Id="rId508" Type="http://schemas.openxmlformats.org/officeDocument/2006/relationships/hyperlink" Target="https://www.fda.gov.mm/wp-content/uploads/2020/05/Awarness-program-on-FB.pdf" TargetMode="External"/><Relationship Id="rId509" Type="http://schemas.openxmlformats.org/officeDocument/2006/relationships/hyperlink" Target="https://www.fda.gov.mm/?p=1448" TargetMode="External"/><Relationship Id="rId510" Type="http://schemas.openxmlformats.org/officeDocument/2006/relationships/hyperlink" Target="https://www.fda.gov.mm/?p=3291" TargetMode="External"/><Relationship Id="rId511" Type="http://schemas.openxmlformats.org/officeDocument/2006/relationships/hyperlink" Target="https://www.fda.gov.mm/?p=922" TargetMode="External"/><Relationship Id="rId512" Type="http://schemas.openxmlformats.org/officeDocument/2006/relationships/hyperlink" Target="https://www.fda.gov.mm/?p=920" TargetMode="External"/><Relationship Id="rId513" Type="http://schemas.openxmlformats.org/officeDocument/2006/relationships/hyperlink" Target="https://www.fda.gov.mm/?cat=8" TargetMode="External"/><Relationship Id="rId514" Type="http://schemas.openxmlformats.org/officeDocument/2006/relationships/hyperlink" Target="https://esubmission.fda.gov.mm/user-guides/mdevice-guides/techanical%20guideline%20for%20online%20submission%20of%20medical%20devices.pdf" TargetMode="External"/><Relationship Id="rId515" Type="http://schemas.openxmlformats.org/officeDocument/2006/relationships/hyperlink" Target="https://namiblii.org/akn/na/act/2003/13/eng%402008-08-01" TargetMode="External"/><Relationship Id="rId516" Type="http://schemas.openxmlformats.org/officeDocument/2006/relationships/hyperlink" Target="https://nmrc.gov.na/registration" TargetMode="External"/><Relationship Id="rId517" Type="http://schemas.openxmlformats.org/officeDocument/2006/relationships/hyperlink" Target="https://dda.gov.np/download/Health%20Technology%20Product%20and%20Equipment%20Directive%2C%202074%20%282017%29_Translated%20Final.pdf" TargetMode="External"/><Relationship Id="rId518" Type="http://schemas.openxmlformats.org/officeDocument/2006/relationships/hyperlink" Target="https://repository.lawcommission.gov.np/np/category/documents/prevailing-law/statutes-acts/%E0%A4%94%E0%A4%B7%E0%A4%A7%E0%A4%BF-%E0%A4%90%E0%A4%A8-%E0%A5%A8%E0%A5%A6%E0%A5%A9%E0%A5%AB/" TargetMode="External"/><Relationship Id="rId519" Type="http://schemas.openxmlformats.org/officeDocument/2006/relationships/hyperlink" Target="https://dda.gov.np/content/199/drug-act--2035---amendment-2082-04-14/" TargetMode="External"/><Relationship Id="rId520" Type="http://schemas.openxmlformats.org/officeDocument/2006/relationships/hyperlink" Target="https://dda.gov.np/category/instructions-and-guidance/" TargetMode="External"/><Relationship Id="rId521" Type="http://schemas.openxmlformats.org/officeDocument/2006/relationships/hyperlink" Target="https://www.legislation.govt.nz/regulation/public/2003/0325/latest/whole.html" TargetMode="External"/><Relationship Id="rId522" Type="http://schemas.openxmlformats.org/officeDocument/2006/relationships/hyperlink" Target="https://www.legislation.govt.nz/act/public/1981/0118/latest/whole.html" TargetMode="External"/><Relationship Id="rId523" Type="http://schemas.openxmlformats.org/officeDocument/2006/relationships/hyperlink" Target="https://medsafe.govt.nz/devices/devices-landing.asp" TargetMode="External"/><Relationship Id="rId524" Type="http://schemas.openxmlformats.org/officeDocument/2006/relationships/hyperlink" Target="https://medsafe.govt.nz/safety/recalls/recallcode.asp" TargetMode="External"/><Relationship Id="rId525" Type="http://schemas.openxmlformats.org/officeDocument/2006/relationships/hyperlink" Target="https://www.legislation.govt.nz/act/public/2017/5/en/latest/sections/DLM6844432/" TargetMode="External"/><Relationship Id="rId526" Type="http://schemas.openxmlformats.org/officeDocument/2006/relationships/hyperlink" Target="https://www.digital.govt.nz/standards-and-guidance/nz-government-web-standards/web-accessibility-standard-1-2" TargetMode="External"/><Relationship Id="rId527" Type="http://schemas.openxmlformats.org/officeDocument/2006/relationships/hyperlink" Target="https://www.legislation.govt.nz/act/public/2020/31/en/latest/" TargetMode="External"/><Relationship Id="rId528" Type="http://schemas.openxmlformats.org/officeDocument/2006/relationships/hyperlink" Target="https://www.minsa.gob.ni/sites/default/files/publicaciones/NTON%2024001%20Tecnolog%C3%ADa%20de%20la%20salud.%20Dispositivos%20m%C3%A9dicos.%20Requisitos%20para%20el%20Registro%20Sanitario..pdf" TargetMode="External"/><Relationship Id="rId529" Type="http://schemas.openxmlformats.org/officeDocument/2006/relationships/hyperlink" Target="https://www.minsa.gob.ni/index.php/publicaciones/direccion-general-de-regulacion-sanitaria?field_grupo_target_id=All&amp;field_sub_area_target_id=All&amp;field_tipo_publicacion_target_id=All&amp;items_per_page=10&amp;order=field_grupo&amp;page=13&amp;sort=desc&amp;title=" TargetMode="External"/><Relationship Id="rId530" Type="http://schemas.openxmlformats.org/officeDocument/2006/relationships/hyperlink" Target="https://www.minsa.gob.ni/publicaciones/autoridad-nacional-de-regulacion-sanitaria/resolucion-administrativa-ndeg-0007-2025" TargetMode="External"/><Relationship Id="rId531" Type="http://schemas.openxmlformats.org/officeDocument/2006/relationships/hyperlink" Target="https://nafdac.gov.ng/wp-content/uploads/Files/Resources/Regulations/Draft_Regulations_2025/NAFDAC-Medical-Devices-including-In-vitro-Diagnostics-and-Related-Products-Regulations-2025.pdf" TargetMode="External"/><Relationship Id="rId532" Type="http://schemas.openxmlformats.org/officeDocument/2006/relationships/hyperlink" Target="https://nafdac.gov.ng/wp-content/uploads/Files/Resources/Guidelines/DRUG_GUIDELINES/NAFDAC-GMP-For-Medical-Devices-IVDs-Related-Products-Guidelines-2024.pdf" TargetMode="External"/><Relationship Id="rId533" Type="http://schemas.openxmlformats.org/officeDocument/2006/relationships/hyperlink" Target="https://nafdac.gov.ng/wp-content/uploads/Files/Resources/Regulations/Medical_Devices/NAFDAC-11-Medical-Device-and-Related-Products-Regulations-2024.pdf" TargetMode="External"/><Relationship Id="rId534" Type="http://schemas.openxmlformats.org/officeDocument/2006/relationships/hyperlink" Target="https://nafdac.gov.ng/regulatory-resources/application-forms/" TargetMode="External"/><Relationship Id="rId535" Type="http://schemas.openxmlformats.org/officeDocument/2006/relationships/hyperlink" Target="https://nafdac.gov.ng/about-nafdac/nafdac-laws/" TargetMode="External"/><Relationship Id="rId536" Type="http://schemas.openxmlformats.org/officeDocument/2006/relationships/hyperlink" Target="https://nafdac.gov.ng/category/recalls-and-alerts/" TargetMode="External"/><Relationship Id="rId537" Type="http://schemas.openxmlformats.org/officeDocument/2006/relationships/hyperlink" Target="https://malmed.gov.mk/wp-content/uploads/22-%D0%97%D0%90%D0%9A%D0%9E%D0%9D-%D0%97%D0%90-%D0%94%D0%9E%D0%9F%D0%9E%D0%9B%D0%9D%D0%A3%D0%92%D0%90%D0%8A%D0%95-%D0%9D%D0%90-%D0%97%D0%90%D0%9A%D0%9E%D0%9D%D0%9E%D0%A2-%D0%97%D0%90-%D0%9B%D0%95%D0%9A%D0%9E%D0%92%D0%98%D0%A2%D0%95-%D0%98-%D0%9C%D0%95%D0%94%D0%98%D0%A6%D0%98%D0%9D%D0%A1%D0%9A%D0%98%D0%A2%D0%95-%D0%A1%D0%A0%D0%95%D0%94%D0%A1%D0%A2%D0%92%D0%90-%D0%B1%D1%80.267-%D0%BE%D0%B4-2025.pdf" TargetMode="External"/><Relationship Id="rId538" Type="http://schemas.openxmlformats.org/officeDocument/2006/relationships/hyperlink" Target="https://malmed.gov.mk/%D0%BE%D1%81%D0%BD%D0%BE%D0%B2%D0%BD%D0%B8-%D0%B8%D0%BD%D1%84%D0%BE%D1%80%D0%BC%D0%B0%D1%86%D0%B8%D0%B8-%D0%B7%D0%B0-%D0%BC%D0%B0%D1%82%D0%B5%D1%80%D0%B8%D0%BE%D0%B2%D0%B8%D0%B3%D0%B8%D0%BB%D0%B0/" TargetMode="External"/><Relationship Id="rId539" Type="http://schemas.openxmlformats.org/officeDocument/2006/relationships/hyperlink" Target="https://malmed.gov.mk/%D0%BF%D1%80%D0%B0%D0%B2%D0%B8%D0%BB%D0%BD%D0%B8%D1%86%D0%B8-%D0%B7%D0%B0-%D0%BC%D0%B5%D0%B4%D0%B8%D1%86%D0%B8%D0%BD%D1%81%D0%BA%D0%B8-%D1%81%D1%80%D0%B5%D0%B4%D1%81%D1%82%D0%B2%D0%B0/" TargetMode="External"/><Relationship Id="rId540" Type="http://schemas.openxmlformats.org/officeDocument/2006/relationships/hyperlink" Target="https://registar.malmed.gov.mk/" TargetMode="External"/><Relationship Id="rId541" Type="http://schemas.openxmlformats.org/officeDocument/2006/relationships/hyperlink" Target="https://zdravstvo.gov.mk/en-GB/regulativa/podzakonski-akti" TargetMode="External"/><Relationship Id="rId542" Type="http://schemas.openxmlformats.org/officeDocument/2006/relationships/hyperlink" Target="https://zdravstvo.gov.mk/mk-MK/regulativa/zakoni" TargetMode="External"/><Relationship Id="rId543" Type="http://schemas.openxmlformats.org/officeDocument/2006/relationships/hyperlink" Target="https://lovdata.no/lov/2020-05-07-37" TargetMode="External"/><Relationship Id="rId544" Type="http://schemas.openxmlformats.org/officeDocument/2006/relationships/hyperlink" Target="https://lovdata.no/forskrift/2021-05-09-1476" TargetMode="External"/><Relationship Id="rId545" Type="http://schemas.openxmlformats.org/officeDocument/2006/relationships/hyperlink" Target="https://moh.gov.om/en/hospitals-directorates/directorates-and-centers-at-hq/drug-safety-center/" TargetMode="External"/><Relationship Id="rId546" Type="http://schemas.openxmlformats.org/officeDocument/2006/relationships/hyperlink" Target="https://moh.gov.om/media/ubmn0pgh/guidance-document-gd-22-guideline-on-requirements-of-medical-device-manufacturer-registration-in-sultanate-of-oman.pdf" TargetMode="External"/><Relationship Id="rId547" Type="http://schemas.openxmlformats.org/officeDocument/2006/relationships/hyperlink" Target="https://moh.gov.om/media/3jvo5xsp/guidance-document-gd-23-guidline-for-electronic-instraction-for-use.pdf" TargetMode="External"/><Relationship Id="rId548" Type="http://schemas.openxmlformats.org/officeDocument/2006/relationships/hyperlink" Target="https://moh.gov.om/media/ov3mnntj/guidance-document-gd3-guideline-on-requirements-of-class-c-d-medical-devices-registration.pdf" TargetMode="External"/><Relationship Id="rId549" Type="http://schemas.openxmlformats.org/officeDocument/2006/relationships/hyperlink" Target="https://moh.gov.om/media/3nzpq350/guidance-document-gd5-guideline-on-requirements-of-class-c-d-in-vitro-diagnostics-device-registration.pdf" TargetMode="External"/><Relationship Id="rId550" Type="http://schemas.openxmlformats.org/officeDocument/2006/relationships/hyperlink" Target="https://moh.gov.om/media/mfybr1ys/%D9%82%D8%A7%D9%86%D9%88%D9%86-%D8%A7%D9%84%D8%B5%D9%8A%D8%AF%D9%84%D8%A9-1.pdf" TargetMode="External"/><Relationship Id="rId551" Type="http://schemas.openxmlformats.org/officeDocument/2006/relationships/hyperlink" Target="https://www.dra.gov.pk/about_us/legislation/sros/amendment-in-medical-devices-rules-2017-s-r-o-1049i-2025/" TargetMode="External"/><Relationship Id="rId552" Type="http://schemas.openxmlformats.org/officeDocument/2006/relationships/hyperlink" Target="https://www.dra.gov.pk/about-us/legislation/acts/" TargetMode="External"/><Relationship Id="rId553" Type="http://schemas.openxmlformats.org/officeDocument/2006/relationships/hyperlink" Target="https://www.dra.gov.pk/about-us/legislation/rules/" TargetMode="External"/><Relationship Id="rId554" Type="http://schemas.openxmlformats.org/officeDocument/2006/relationships/hyperlink" Target="https://www.dra.gov.pk/safety-information/safety-communication/safety-reporting/" TargetMode="External"/><Relationship Id="rId555" Type="http://schemas.openxmlformats.org/officeDocument/2006/relationships/hyperlink" Target="https://www.dra.gov.pk/wp-content/uploads/2022/10/DRAP-2012-_As-Amended-till-Feb-2022.pdf" TargetMode="External"/><Relationship Id="rId556" Type="http://schemas.openxmlformats.org/officeDocument/2006/relationships/hyperlink" Target="https://www.dra.gov.pk/wp-content/uploads/2022/02/Guidelines-on-Good-Distribution-Practices-for-Medical-Devices-Approved-by-DRAP-Authority-in-38th-Meeting-held-on-17th-October-2016.pdf" TargetMode="External"/><Relationship Id="rId557" Type="http://schemas.openxmlformats.org/officeDocument/2006/relationships/hyperlink" Target="https://www.dra.gov.pk/therapeutic-goods/medical-devices/application-process/" TargetMode="External"/><Relationship Id="rId558" Type="http://schemas.openxmlformats.org/officeDocument/2006/relationships/hyperlink" Target="https://www.dra.gov.pk/therapeutic-goods/medical-devices/risk-classification/" TargetMode="External"/><Relationship Id="rId559" Type="http://schemas.openxmlformats.org/officeDocument/2006/relationships/hyperlink" Target="https://www.dra.gov.pk/wp-content/uploads/2022/10/Medical-Devices-Rules-2017-updated-upto-april-2022-2.pdf" TargetMode="External"/><Relationship Id="rId560" Type="http://schemas.openxmlformats.org/officeDocument/2006/relationships/hyperlink" Target="https://www.gacetaoficial.gob.pa/storage/gacetas/2020/12/29187_A/GacetaNo_29187a_20201230.pdf" TargetMode="External"/><Relationship Id="rId561" Type="http://schemas.openxmlformats.org/officeDocument/2006/relationships/hyperlink" Target="https://www.gacetaoficial.gob.pa/storage/gacetas/2019/10/28875_A/GacetaNo_28875a_20191004.pdf" TargetMode="External"/><Relationship Id="rId562" Type="http://schemas.openxmlformats.org/officeDocument/2006/relationships/hyperlink" Target="https://www.gacetaoficial.gob.pa/storage/gacetas/2020/05/29023_A/GacetaNo_29023a_20200513.pdf" TargetMode="External"/><Relationship Id="rId563" Type="http://schemas.openxmlformats.org/officeDocument/2006/relationships/hyperlink" Target="https://www.gacetaoficial.gob.pa/storage/gacetas/2020/07/29061/GacetaNo_29061_20200703.pdf" TargetMode="External"/><Relationship Id="rId564" Type="http://schemas.openxmlformats.org/officeDocument/2006/relationships/hyperlink" Target="https://www.minsa.gob.pa/direccion/direccion-nacional-de-dispositivos-medicos" TargetMode="External"/><Relationship Id="rId565" Type="http://schemas.openxmlformats.org/officeDocument/2006/relationships/hyperlink" Target="https://www.minsa.gob.pa/sites/default/files/general/ley_90_de_26_de_diciembre_2017.pdf" TargetMode="External"/><Relationship Id="rId566" Type="http://schemas.openxmlformats.org/officeDocument/2006/relationships/hyperlink" Target="https://www.gacetaoficial.gob.pa/storage/gacetas/2019/09/28859_B/GacetaNo_28859b_20190912.pdf" TargetMode="External"/><Relationship Id="rId567" Type="http://schemas.openxmlformats.org/officeDocument/2006/relationships/hyperlink" Target="https://www.minsa.gob.pa/contenido/direccion-nacional-de-dispositivos-medicos" TargetMode="External"/><Relationship Id="rId568" Type="http://schemas.openxmlformats.org/officeDocument/2006/relationships/hyperlink" Target="https://minsa.gob.pa/sites/default/files/normatividad/resolucion_no_001_de_10_de_enero_de_2023_lineamiento_almacenamiento_de_dispositivos_medicos.pdf" TargetMode="External"/><Relationship Id="rId569" Type="http://schemas.openxmlformats.org/officeDocument/2006/relationships/hyperlink" Target="https://www.minsa.gob.pa/sites/default/files/normatividad/resolucion_no_236_de_13_de_abril_de_2022_normativa.pdf" TargetMode="External"/><Relationship Id="rId570" Type="http://schemas.openxmlformats.org/officeDocument/2006/relationships/hyperlink" Target="https://antai.gob.pa/legislacion/" TargetMode="External"/><Relationship Id="rId571" Type="http://schemas.openxmlformats.org/officeDocument/2006/relationships/hyperlink" Target="https://www.gacetaoficial.gob.pa/storage/gacetas/2008/07/26090/12199.pdf" TargetMode="External"/><Relationship Id="rId572" Type="http://schemas.openxmlformats.org/officeDocument/2006/relationships/hyperlink" Target="https://gacetaoficial.gob.pa/storage/gacetas/2019/03/28743_A/GacetaNo_28743a_20190329.pdf" TargetMode="External"/><Relationship Id="rId573" Type="http://schemas.openxmlformats.org/officeDocument/2006/relationships/hyperlink" Target="https://dinavisa.gov.py/dispositivos-medicos-material-cortopunzante-y-equipos-de-proteccion-individual-dm/" TargetMode="External"/><Relationship Id="rId574" Type="http://schemas.openxmlformats.org/officeDocument/2006/relationships/hyperlink" Target="https://dinavisa.gov.py/wp-content/uploads/2023/07/LEY-N%C2%B0-1119-1997.pdf" TargetMode="External"/><Relationship Id="rId575" Type="http://schemas.openxmlformats.org/officeDocument/2006/relationships/hyperlink" Target="https://dinavisa.gov.py/wp-content/uploads/2023/09/LEY-N%C2%B0-4659.pdf" TargetMode="External"/><Relationship Id="rId576" Type="http://schemas.openxmlformats.org/officeDocument/2006/relationships/hyperlink" Target="https://dinavisa.gov.py/wp-content/uploads/2024/09/RESOLUCION-DINAVISA-N%C2%B0226.pdf" TargetMode="External"/><Relationship Id="rId577" Type="http://schemas.openxmlformats.org/officeDocument/2006/relationships/hyperlink" Target="https://dinavisa.gov.py/wp-content/uploads/2025/01/RESOLUCION-SG.-NA%C2%B0-554-2024-1.pdf" TargetMode="External"/><Relationship Id="rId578" Type="http://schemas.openxmlformats.org/officeDocument/2006/relationships/hyperlink" Target="https://www.digemid.minsa.gob.pe/rsDispositivos/" TargetMode="External"/><Relationship Id="rId579" Type="http://schemas.openxmlformats.org/officeDocument/2006/relationships/hyperlink" Target="https://www.gob.pe/es/institucion/minsa/normas-legales/440998-003-2020-sa" TargetMode="External"/><Relationship Id="rId580" Type="http://schemas.openxmlformats.org/officeDocument/2006/relationships/hyperlink" Target="https://cdn.www.gob.pe/uploads/document/file/521021/decreto-supremo-003-2020-SA.PDF" TargetMode="External"/><Relationship Id="rId581" Type="http://schemas.openxmlformats.org/officeDocument/2006/relationships/hyperlink" Target="https://cdn.www.gob.pe/uploads/document/file/3319516/D.S.%20011-2022.pdf.pdf" TargetMode="External"/><Relationship Id="rId582" Type="http://schemas.openxmlformats.org/officeDocument/2006/relationships/hyperlink" Target="https://cdn.www.gob.pe/uploads/document/file/272179/243288_14_-_DS_N_C2_B0_014-2011-SA.pdf20190110-18386-1g9v4p5.pdf" TargetMode="External"/><Relationship Id="rId583" Type="http://schemas.openxmlformats.org/officeDocument/2006/relationships/hyperlink" Target="https://cdn.www.gob.pe/uploads/document/file/8518395/7059027-decreto-supremo-n-015-2025-sa.pdf" TargetMode="External"/><Relationship Id="rId584" Type="http://schemas.openxmlformats.org/officeDocument/2006/relationships/hyperlink" Target="https://www.gob.pe/institucion/minsa/normas-legales/243290-016-2011-" TargetMode="External"/><Relationship Id="rId585" Type="http://schemas.openxmlformats.org/officeDocument/2006/relationships/hyperlink" Target="https://cdn.www.gob.pe/uploads/document/file/272181/243290_16_-_DS_N_C2_B0_016-2011-SA.pdf20190110-18386-a4eggt.pdf" TargetMode="External"/><Relationship Id="rId586" Type="http://schemas.openxmlformats.org/officeDocument/2006/relationships/hyperlink" Target="https://www.gob.pe/institucion/minsa/normas-legales/6124383-020-2024-sa" TargetMode="External"/><Relationship Id="rId587" Type="http://schemas.openxmlformats.org/officeDocument/2006/relationships/hyperlink" Target="https://cdn.www.gob.pe/uploads/document/file/7132600/6124383-decreto-supremo-n-020-2024-sa%282%29.pdf" TargetMode="External"/><Relationship Id="rId588" Type="http://schemas.openxmlformats.org/officeDocument/2006/relationships/hyperlink" Target="https://www.digemid.minsa.gob.pe/webDigemid/farmacovigilancia-y-tecnovigilancia/" TargetMode="External"/><Relationship Id="rId589" Type="http://schemas.openxmlformats.org/officeDocument/2006/relationships/hyperlink" Target="https://www.digemid.minsa.gob.pe/webDigemid/formatos-y-tramites-empresa/" TargetMode="External"/><Relationship Id="rId590" Type="http://schemas.openxmlformats.org/officeDocument/2006/relationships/hyperlink" Target="https://www.gob.pe/institucion/congreso-de-la-republica/normas-legales/2813441-29459" TargetMode="External"/><Relationship Id="rId591" Type="http://schemas.openxmlformats.org/officeDocument/2006/relationships/hyperlink" Target="https://cdn.www.gob.pe/uploads/document/file/2906846/Ley%2029459.pdf" TargetMode="External"/><Relationship Id="rId592" Type="http://schemas.openxmlformats.org/officeDocument/2006/relationships/hyperlink" Target="https://www.digemid.minsa.gob.pe/Archivos/Normatividad/2015/RM_132-2015.pdf" TargetMode="External"/><Relationship Id="rId593" Type="http://schemas.openxmlformats.org/officeDocument/2006/relationships/hyperlink" Target="https://www.digemid.minsa.gob.pe/webDigemid/normas-legales/2016/resolucion-ministerial-n-539-2016-minsa/" TargetMode="External"/><Relationship Id="rId594" Type="http://schemas.openxmlformats.org/officeDocument/2006/relationships/hyperlink" Target="https://www.digemid.minsa.gob.pe/Archivos/Normatividad/2016/RM_539-2016-MINSA.pdf" TargetMode="External"/><Relationship Id="rId595" Type="http://schemas.openxmlformats.org/officeDocument/2006/relationships/hyperlink" Target="https://www.digemid.minsa.gob.pe/Archivos/Normatividad/2015/RM_833-2015.pdf" TargetMode="External"/><Relationship Id="rId596" Type="http://schemas.openxmlformats.org/officeDocument/2006/relationships/hyperlink" Target="https://www.leyes.congreso.gob.pe/Documentos/Leyes/27269.pdf" TargetMode="External"/><Relationship Id="rId597" Type="http://schemas.openxmlformats.org/officeDocument/2006/relationships/hyperlink" Target="https://www.leyes.congreso.gob.pe/Documentos/Leyes/29733.pdf" TargetMode="External"/><Relationship Id="rId598" Type="http://schemas.openxmlformats.org/officeDocument/2006/relationships/hyperlink" Target="https://www.leyes.congreso.gob.pe/Documentos/Leyes/31814.pdf" TargetMode="External"/><Relationship Id="rId599" Type="http://schemas.openxmlformats.org/officeDocument/2006/relationships/hyperlink" Target="https://www.gob.pe/institucion/anpd/normas-legales/6554453-16-2024-jus" TargetMode="External"/><Relationship Id="rId600" Type="http://schemas.openxmlformats.org/officeDocument/2006/relationships/hyperlink" Target="https://busquedas.elperuano.pe/dispositivo/NL/2436426-1" TargetMode="External"/><Relationship Id="rId601" Type="http://schemas.openxmlformats.org/officeDocument/2006/relationships/hyperlink" Target="https://www.fda.gov.ph/wp-content/uploads/2021/05/Administrative-Order-No.-2018-002.pdf" TargetMode="External"/><Relationship Id="rId602" Type="http://schemas.openxmlformats.org/officeDocument/2006/relationships/hyperlink" Target="https://www.fda.gov.ph/administrative-order-no-2020-0017-revised-guidelines-on-the-unified-licensing-requirements-and-procedures-of-the-food-and-drug-administration-repealing-administrative-order-no-2016-0003/" TargetMode="External"/><Relationship Id="rId603" Type="http://schemas.openxmlformats.org/officeDocument/2006/relationships/hyperlink" Target="https://www.fda.gov.ph/wp-content/uploads/2024/04/6.-Center-for-Device-Regulation-Radiation-Health-and-Research-CDRRHR-External-Services.pdf" TargetMode="External"/><Relationship Id="rId604" Type="http://schemas.openxmlformats.org/officeDocument/2006/relationships/hyperlink" Target="https://www.fda.gov.ph/draft-for-comments-guidelines-on-the-recall-of-authorized-health-products-regulated-by-the-food-and-drug-administration/" TargetMode="External"/><Relationship Id="rId605" Type="http://schemas.openxmlformats.org/officeDocument/2006/relationships/hyperlink" Target="https://www.fda.gov.ph/fda-advisory-no-2025-0189-full-implementation-of-the-food-and-drug-administration-fda-eservices-portal-system-for-the-initial-application-of-a-certificate-of-medical-device-notification-cmdn-fo/" TargetMode="External"/><Relationship Id="rId606" Type="http://schemas.openxmlformats.org/officeDocument/2006/relationships/hyperlink" Target="https://www.fda.gov.ph/fda-circular-no-2021-002-b-addendum-to-fda-circular-no-2021-002-re-full-implementation-of-administrative-order-no-2018-0002-entitled-guidelines-governing-the-issuance-of-an-authorizatio/" TargetMode="External"/><Relationship Id="rId607" Type="http://schemas.openxmlformats.org/officeDocument/2006/relationships/hyperlink" Target="https://www.fda.gov.ph/fda-circular-no-2021-002-b-amendment-to-fda-circular-no-2021-002-a-entitled-addendum-to-fda-circular-no-2021-002-re-full-implementation-of-administrative-order-no-2018-0002-entitled/" TargetMode="External"/><Relationship Id="rId608" Type="http://schemas.openxmlformats.org/officeDocument/2006/relationships/hyperlink" Target="https://verification.fda.gov.ph/medical_deviceslist.php" TargetMode="External"/><Relationship Id="rId609" Type="http://schemas.openxmlformats.org/officeDocument/2006/relationships/hyperlink" Target="https://www.fda.gov.ph/wp-content/uploads/2021/04/Department-Circular-No.-2011-0101.pdf" TargetMode="External"/><Relationship Id="rId610" Type="http://schemas.openxmlformats.org/officeDocument/2006/relationships/hyperlink" Target="https://privacy.gov.ph/the-data-privacy-act-and-its-irr/" TargetMode="External"/><Relationship Id="rId611" Type="http://schemas.openxmlformats.org/officeDocument/2006/relationships/hyperlink" Target="https://privacy.gov.ph/pips-and-pics/advisories-circulars/" TargetMode="External"/><Relationship Id="rId612" Type="http://schemas.openxmlformats.org/officeDocument/2006/relationships/hyperlink" Target="https://www.officialgazette.gov.ph/2000/06/14/republic-act-no-8792-s-2000/" TargetMode="External"/><Relationship Id="rId613" Type="http://schemas.openxmlformats.org/officeDocument/2006/relationships/hyperlink" Target="https://www.moph.gov.qa/_layouts/15/download.aspx?SourceUrl=%2FAdmin%2FLists%2FAnnouncements+Attachments%2FAttachments%2F97%2FIMD+Registration+Application+Form.pdf" TargetMode="External"/><Relationship Id="rId614" Type="http://schemas.openxmlformats.org/officeDocument/2006/relationships/hyperlink" Target="https://www.moph.gov.qa/_layouts/15/download.aspx?SourceUrl=%2FAdmin%2FLists%2FAnnouncements+Attachments%2FAttachments%2F180%2FRegistration+of+IMDs+-+Frequently+Asked+Questions.pdf" TargetMode="External"/><Relationship Id="rId615" Type="http://schemas.openxmlformats.org/officeDocument/2006/relationships/hyperlink" Target="https://www.sharek.gov.qa/en/articles/ministry-of-public-health/technical-evaluation-for-the-safe-use-of-medical-equipment-in-a-healthcare-facility/679b20d022938a05a01e5525" TargetMode="External"/><Relationship Id="rId616" Type="http://schemas.openxmlformats.org/officeDocument/2006/relationships/hyperlink" Target="https://publication.pravo.gov.ru/document/0001202411300042" TargetMode="External"/><Relationship Id="rId617" Type="http://schemas.openxmlformats.org/officeDocument/2006/relationships/hyperlink" Target="https://www.roszdravnadzor.gov.ru/medproducts/monitoring" TargetMode="External"/><Relationship Id="rId618" Type="http://schemas.openxmlformats.org/officeDocument/2006/relationships/hyperlink" Target="https://ips.pravo.gov.ru/api/ips/legislation/document?baseid=None&amp;hash=98490812b3409e2a8d78a11ca9010f434ea3d9250a11dbbdb78690cd5551bdd6" TargetMode="External"/><Relationship Id="rId619" Type="http://schemas.openxmlformats.org/officeDocument/2006/relationships/hyperlink" Target="https://pravo.gov.ru/proxy/ips/?docbody=&amp;nd=102146610" TargetMode="External"/><Relationship Id="rId620" Type="http://schemas.openxmlformats.org/officeDocument/2006/relationships/hyperlink" Target="https://rwandafda.gov.rw/monitoring-tool/documents-management/uploads/1/Guidelines/1767694083_Guidelines%20for%20registration%20of%20In%20Vitro%20Diagnostics%20Devices_December%202025.pdf" TargetMode="External"/><Relationship Id="rId621" Type="http://schemas.openxmlformats.org/officeDocument/2006/relationships/hyperlink" Target="https://rwandafda.gov.rw/monitoring-tool/documents-management/uploads/1/Guidelines/1767694148_Guidelines%20for%20Registration%20of%20Medical%20Devices_December%202025.pdf" TargetMode="External"/><Relationship Id="rId622" Type="http://schemas.openxmlformats.org/officeDocument/2006/relationships/hyperlink" Target="https://rwandafda.gov.rw/monitoring-tool/documents-management/uploads/1/Guidelines/1767694227_Guidelines%20for%20Review%20and%20Approval%20of%20Software%20as%20Medical%20Devices%20(SaMD)_December%202025.pdf" TargetMode="External"/><Relationship Id="rId623" Type="http://schemas.openxmlformats.org/officeDocument/2006/relationships/hyperlink" Target="https://rwandafda.gov.rw/wp-content/uploads/2022/12/Regulation_governing_Post_Marketing_Surveillance_of_regulated_products_2021.pdf" TargetMode="External"/><Relationship Id="rId624" Type="http://schemas.openxmlformats.org/officeDocument/2006/relationships/hyperlink" Target="https://rwandafda.gov.rw/monitoring-tool/documents-management/uploads/1/Regulations/1776078912_Regulations%20Governing%20Control%20of%20ImportExport%20of%20Pharmaceutical%20Products%20and%20Medical%20Devices.pdf" TargetMode="External"/><Relationship Id="rId625" Type="http://schemas.openxmlformats.org/officeDocument/2006/relationships/hyperlink" Target="https://rwandafda.gov.rw/monitoring-tool/documents-management/uploads/1/Regulations/1781775817_REGULATIONS%20GOVERNING%20THE%20GOOD%20MANUFACTURING%20PRACTICES%20OF%20MEDICAL%20PRODUCTS%20LAST%20EDIT.pdf" TargetMode="External"/><Relationship Id="rId626" Type="http://schemas.openxmlformats.org/officeDocument/2006/relationships/hyperlink" Target="https://rwandafda.gov.rw/laws/" TargetMode="External"/><Relationship Id="rId627" Type="http://schemas.openxmlformats.org/officeDocument/2006/relationships/hyperlink" Target="https://www.sfda.gov.sa/en/regulations/86521" TargetMode="External"/><Relationship Id="rId628" Type="http://schemas.openxmlformats.org/officeDocument/2006/relationships/hyperlink" Target="https://www.sfda.gov.sa/en/regulations/68759" TargetMode="External"/><Relationship Id="rId629" Type="http://schemas.openxmlformats.org/officeDocument/2006/relationships/hyperlink" Target="https://www.sfda.gov.sa/en/regulations/87120" TargetMode="External"/><Relationship Id="rId630" Type="http://schemas.openxmlformats.org/officeDocument/2006/relationships/hyperlink" Target="https://www.sfda.gov.sa/en/regulations/87494" TargetMode="External"/><Relationship Id="rId631" Type="http://schemas.openxmlformats.org/officeDocument/2006/relationships/hyperlink" Target="https://www.sfda.gov.sa/en/regulations/65995" TargetMode="External"/><Relationship Id="rId632" Type="http://schemas.openxmlformats.org/officeDocument/2006/relationships/hyperlink" Target="https://www.sfda.gov.sa/en/regulations?regulation_type=All&amp;tags=3" TargetMode="External"/><Relationship Id="rId633" Type="http://schemas.openxmlformats.org/officeDocument/2006/relationships/hyperlink" Target="https://dga.gov.sa/en/Electronic-Transactions-Law" TargetMode="External"/><Relationship Id="rId634" Type="http://schemas.openxmlformats.org/officeDocument/2006/relationships/hyperlink" Target="https://nca.gov.sa/en/regulatory-documents/controls-list/ecc/" TargetMode="External"/><Relationship Id="rId635" Type="http://schemas.openxmlformats.org/officeDocument/2006/relationships/hyperlink" Target="https://sdaia.gov.sa/en/SDAIA/about/Documents/ImplementingRegulation.pdf" TargetMode="External"/><Relationship Id="rId636" Type="http://schemas.openxmlformats.org/officeDocument/2006/relationships/hyperlink" Target="https://sdaia.gov.sa/en/SDAIA/about/Documents/Personal%20Data%20English%20V2-23April2023-%20Reviewed-.pdf" TargetMode="External"/><Relationship Id="rId637" Type="http://schemas.openxmlformats.org/officeDocument/2006/relationships/hyperlink" Target="https://arp.sn/wp-content/uploads/2024/04/Decret-n%C2%B0-2023-2419-du-27-decembre-2023_Dispositifs-medicaux.pdf" TargetMode="External"/><Relationship Id="rId638" Type="http://schemas.openxmlformats.org/officeDocument/2006/relationships/hyperlink" Target="https://arp.sn/wp-content/uploads/2024/04/Decret-n%C2%B0-2023-2420-du-27-decembre-2023_Surveillance-du-Marche.pdf" TargetMode="External"/><Relationship Id="rId639" Type="http://schemas.openxmlformats.org/officeDocument/2006/relationships/hyperlink" Target="https://arp.sn/wp-content/uploads/2026/01/Decret-n%C2%B0-2025-1833-du-18-novembre-2025-fixant-les-redevances-issues-de-la-regulation-pharmaceutique-et-leurs-modalites-de-perception.pdf" TargetMode="External"/><Relationship Id="rId640" Type="http://schemas.openxmlformats.org/officeDocument/2006/relationships/hyperlink" Target="https://arp.sn/wp-content/uploads/2024/04/Loi-n%C2%B02023-06-du-13-juin-2023-relative-aux-medicaments-aux-autres-produits-de-sante-et-a-la-pharmacie.pdf" TargetMode="External"/><Relationship Id="rId641" Type="http://schemas.openxmlformats.org/officeDocument/2006/relationships/hyperlink" Target="https://arp.sn/textes-legislatifs-et-reglementaires/" TargetMode="External"/><Relationship Id="rId642" Type="http://schemas.openxmlformats.org/officeDocument/2006/relationships/hyperlink" Target="https://arp.sn/wp-content/uploads/2026/06/arrete-fixant-les-modalites-doctroi-dagrement-pour-les-etablissements-de-fabrication-dimportation-denregistrement-dexportation-de-distribution-et-de-maintenance-des-dispositifs-medicaux-1.pdf" TargetMode="External"/><Relationship Id="rId643" Type="http://schemas.openxmlformats.org/officeDocument/2006/relationships/hyperlink" Target="https://arp.sn/wp-content/uploads/2024/04/Arrete-n%C2%B0-37772-du-21-decembre-2023-fixant-les-missions-la-composition-et-le-fonctionnement-des-instances-de-vigilances.pdf" TargetMode="External"/><Relationship Id="rId644" Type="http://schemas.openxmlformats.org/officeDocument/2006/relationships/hyperlink" Target="https://www.alims.gov.rs/regulativa/medicinska-sredstva/vazna-obavestenja/" TargetMode="External"/><Relationship Id="rId645" Type="http://schemas.openxmlformats.org/officeDocument/2006/relationships/hyperlink" Target="https://www.alims.gov.rs/regulativa/medicinska-sredstva/pravilnici/" TargetMode="External"/><Relationship Id="rId646" Type="http://schemas.openxmlformats.org/officeDocument/2006/relationships/hyperlink" Target="https://www.alims.gov.rs/medicinska-sredstva/vigilanca-medicinska-sredstva/" TargetMode="External"/><Relationship Id="rId647" Type="http://schemas.openxmlformats.org/officeDocument/2006/relationships/hyperlink" Target="https://www.alims.gov.rs/wp-content/uploads/2026/02/2.-Uputstvo_registracija_MS_20.02.2026-REV.6.pdf" TargetMode="External"/><Relationship Id="rId648" Type="http://schemas.openxmlformats.org/officeDocument/2006/relationships/hyperlink" Target="https://pravno-informacioni-sistem.rs/SlGlasnikPortal/eli/rep/sgrs/skupstina/zakon/2017/105/1/reg" TargetMode="External"/><Relationship Id="rId649" Type="http://schemas.openxmlformats.org/officeDocument/2006/relationships/hyperlink" Target="https://www.hsa.gov.sg/docs/default-source/hprg-mdb/guidance-documents-for-medical-devices/gn-10-r4-guidance-on-medical-device-field-safety-corrective-action-%282025-jul%29-pub.pdf?sfvrsn=d3772518_1" TargetMode="External"/><Relationship Id="rId650" Type="http://schemas.openxmlformats.org/officeDocument/2006/relationships/hyperlink" Target="https://sso.agc.gov.sg/SL/HPA2007-S436-2010" TargetMode="External"/><Relationship Id="rId651" Type="http://schemas.openxmlformats.org/officeDocument/2006/relationships/hyperlink" Target="https://sso.agc.gov.sg/Act/HPA2007" TargetMode="External"/><Relationship Id="rId652" Type="http://schemas.openxmlformats.org/officeDocument/2006/relationships/hyperlink" Target="https://www.hsa.gov.sg/medical-devices/manufacturing-import-and-supply/dealers-licence/apply/" TargetMode="External"/><Relationship Id="rId653" Type="http://schemas.openxmlformats.org/officeDocument/2006/relationships/hyperlink" Target="https://www.hsa.gov.sg/medical-devices/guidance-documents/" TargetMode="External"/><Relationship Id="rId654" Type="http://schemas.openxmlformats.org/officeDocument/2006/relationships/hyperlink" Target="https://www.hsa.gov.sg/medical-devices/regulatory-overview/" TargetMode="External"/><Relationship Id="rId655" Type="http://schemas.openxmlformats.org/officeDocument/2006/relationships/hyperlink" Target="https://www.hsa.gov.sg/medical-devices/manufacturing-import-and-supply/dealers-licence/quality-management-system-%28qms%29-for-medical-devices/" TargetMode="External"/><Relationship Id="rId656" Type="http://schemas.openxmlformats.org/officeDocument/2006/relationships/hyperlink" Target="https://sso.agc.gov.sg/Act/CA2018" TargetMode="External"/><Relationship Id="rId657" Type="http://schemas.openxmlformats.org/officeDocument/2006/relationships/hyperlink" Target="https://sso.agc.gov.sg/Act/ETA2010" TargetMode="External"/><Relationship Id="rId658" Type="http://schemas.openxmlformats.org/officeDocument/2006/relationships/hyperlink" Target="https://sso.agc.gov.sg/Act/PDPA2012" TargetMode="External"/><Relationship Id="rId659" Type="http://schemas.openxmlformats.org/officeDocument/2006/relationships/hyperlink" Target="https://www.gov.za/sites/default/files/gcis_document/201612/40480gon1515.pdf" TargetMode="External"/><Relationship Id="rId660" Type="http://schemas.openxmlformats.org/officeDocument/2006/relationships/hyperlink" Target="https://www.gov.za/documents/drugs-control-act-7-jul-1965-0000" TargetMode="External"/><Relationship Id="rId661" Type="http://schemas.openxmlformats.org/officeDocument/2006/relationships/hyperlink" Target="https://www.sahpra.org.za/wp-content/uploads/2024/12/SAHPGL-MD-03_v4-Guideline-for-Medical-Device-Adverse-Event-Reporting.pdf" TargetMode="External"/><Relationship Id="rId662" Type="http://schemas.openxmlformats.org/officeDocument/2006/relationships/hyperlink" Target="https://www.sahpra.org.za/medical-devices/" TargetMode="External"/><Relationship Id="rId663" Type="http://schemas.openxmlformats.org/officeDocument/2006/relationships/hyperlink" Target="https://www.sahpra.org.za/wp-content/uploads/2025/04/ISO-13485-Certificate-as-a-prerequisite-for-the-approval-of-a-MD-establishment-licence.pdf" TargetMode="External"/><Relationship Id="rId664" Type="http://schemas.openxmlformats.org/officeDocument/2006/relationships/hyperlink" Target="https://www.justice.gov.za/legislation/acts/2020-019-Cybercrimes.pdf" TargetMode="External"/><Relationship Id="rId665" Type="http://schemas.openxmlformats.org/officeDocument/2006/relationships/hyperlink" Target="https://www.gov.za/documents/electronic-communications-and-transactions-act" TargetMode="External"/><Relationship Id="rId666" Type="http://schemas.openxmlformats.org/officeDocument/2006/relationships/hyperlink" Target="https://www.gov.za/documents/protection-personal-information-act" TargetMode="External"/><Relationship Id="rId667" Type="http://schemas.openxmlformats.org/officeDocument/2006/relationships/hyperlink" Target="https://www.law.go.kr/LSW/lsPdfPrint.do?ancYnChk=0&amp;bylChaChk=N&amp;efGubun=Y&amp;efYd=20260103&amp;joAllCheck=Y&amp;joEfOutPutYn=on&amp;lsiSeq=257733&amp;mokChaChk=N" TargetMode="External"/><Relationship Id="rId668" Type="http://schemas.openxmlformats.org/officeDocument/2006/relationships/hyperlink" Target="https://www.law.go.kr/LSW/lsInfoP.do?ancYnChk=0&amp;chrClsCd=010202&amp;efYd=20260103&amp;lsiSeq=282567&amp;urlMode=lsInfoP" TargetMode="External"/><Relationship Id="rId669" Type="http://schemas.openxmlformats.org/officeDocument/2006/relationships/hyperlink" Target="https://law.go.kr/LSW/admRulLsInfoP.do?admRulSeq=2100000190991" TargetMode="External"/><Relationship Id="rId670" Type="http://schemas.openxmlformats.org/officeDocument/2006/relationships/hyperlink" Target="https://www.law.go.kr/LSW/lsPdfPrint.do?ancYnChk=0&amp;bylChaChk=N&amp;efGubun=Y&amp;efYd=20260701&amp;joAllCheck=Y&amp;joEfOutPutYn=on&amp;lsiSeq=281933&amp;mokChaChk=N" TargetMode="External"/><Relationship Id="rId671" Type="http://schemas.openxmlformats.org/officeDocument/2006/relationships/hyperlink" Target="https://mfds.go.kr/eng/brd/m_40/list.do" TargetMode="External"/><Relationship Id="rId672" Type="http://schemas.openxmlformats.org/officeDocument/2006/relationships/hyperlink" Target="https://www.law.go.kr/LSW/admRulLsInfoP.do?admRulSeq=2100000257598" TargetMode="External"/><Relationship Id="rId673" Type="http://schemas.openxmlformats.org/officeDocument/2006/relationships/hyperlink" Target="https://www.law.go.kr/&#48277;&#47161;/&#51109;&#50528;&#51064;&#52264;&#48324;&#44552;&#51648;&#48143;&#44428;&#47532;&#44396;&#51228;&#46321;&#50640;&#44288;&#54620;&#48277;&#47456;" TargetMode="External"/><Relationship Id="rId674" Type="http://schemas.openxmlformats.org/officeDocument/2006/relationships/hyperlink" Target="https://www.law.go.kr/&#48277;&#47161;/&#51064;&#44277;&#51648;&#45733;&#48156;&#51204;&#44284;&#49888;&#47280;&#44592;&#48152;&#51312;&#49457;&#46321;&#50640;&#44288;&#54620;&#44592;&#48376;&#48277;" TargetMode="External"/><Relationship Id="rId675" Type="http://schemas.openxmlformats.org/officeDocument/2006/relationships/hyperlink" Target="https://www.law.go.kr/&#48277;&#47161;/&#51204;&#51088;&#49436;&#47749;&#48277;" TargetMode="External"/><Relationship Id="rId676" Type="http://schemas.openxmlformats.org/officeDocument/2006/relationships/hyperlink" Target="https://www.law.go.kr/LSW/lsInfoP.do?lsId=015032" TargetMode="External"/><Relationship Id="rId677" Type="http://schemas.openxmlformats.org/officeDocument/2006/relationships/hyperlink" Target="https://www.law.go.kr/&#48277;&#47161;/&#44060;&#51064;&#51221;&#48372;&#48372;&#54840;&#48277;" TargetMode="External"/><Relationship Id="rId678" Type="http://schemas.openxmlformats.org/officeDocument/2006/relationships/hyperlink" Target="https://www.nmra.gov.lk/announcements/all-market-authorization-holders-ma-manufacturers-distributors" TargetMode="External"/><Relationship Id="rId679" Type="http://schemas.openxmlformats.org/officeDocument/2006/relationships/hyperlink" Target="https://lawnet.gov.lk/wp-content/uploads/acts/2015/5of2015.pdf" TargetMode="External"/><Relationship Id="rId680" Type="http://schemas.openxmlformats.org/officeDocument/2006/relationships/hyperlink" Target="https://www.nmra.gov.lk/pages/guidelines" TargetMode="External"/><Relationship Id="rId681" Type="http://schemas.openxmlformats.org/officeDocument/2006/relationships/hyperlink" Target="https://www.nmra.gov.lk/pages/legislation" TargetMode="External"/><Relationship Id="rId682" Type="http://schemas.openxmlformats.org/officeDocument/2006/relationships/hyperlink" Target="https://www.nmra.gov.lk/pages/medical-devices" TargetMode="External"/><Relationship Id="rId683" Type="http://schemas.openxmlformats.org/officeDocument/2006/relationships/hyperlink" Target="https://www.nmra.gov.lk/forms/report-adverse-events" TargetMode="External"/><Relationship Id="rId684" Type="http://schemas.openxmlformats.org/officeDocument/2006/relationships/hyperlink" Target="https://www.fedlex.admin.ch/eli/cc/2020/552/en" TargetMode="External"/><Relationship Id="rId685" Type="http://schemas.openxmlformats.org/officeDocument/2006/relationships/hyperlink" Target="https://www.fedlex.admin.ch/eli/cc/2022/291/en" TargetMode="External"/><Relationship Id="rId686" Type="http://schemas.openxmlformats.org/officeDocument/2006/relationships/hyperlink" Target="https://www.swissmedic.ch/swissmedic/en/home/medical-devices/overview-medical-devices.html" TargetMode="External"/><Relationship Id="rId687" Type="http://schemas.openxmlformats.org/officeDocument/2006/relationships/hyperlink" Target="https://www.fedlex.admin.ch/eli/cc/2001/422/en" TargetMode="External"/><Relationship Id="rId688" Type="http://schemas.openxmlformats.org/officeDocument/2006/relationships/hyperlink" Target="https://www.fedlex.admin.ch/eli/cc/2022/491/en" TargetMode="External"/><Relationship Id="rId689" Type="http://schemas.openxmlformats.org/officeDocument/2006/relationships/hyperlink" Target="https://www.fedlex.admin.ch/eli/cc/2016/752/en" TargetMode="External"/><Relationship Id="rId690" Type="http://schemas.openxmlformats.org/officeDocument/2006/relationships/hyperlink" Target="https://www.fedlex.admin.ch/eli/cc/2003/667/en" TargetMode="External"/><Relationship Id="rId691" Type="http://schemas.openxmlformats.org/officeDocument/2006/relationships/hyperlink" Target="https://www.fda.gov.tw/eng/lawContent.aspx?cid=5063&amp;id=3585" TargetMode="External"/><Relationship Id="rId692" Type="http://schemas.openxmlformats.org/officeDocument/2006/relationships/hyperlink" Target="https://www.fda.gov.tw/ENG/lawContent.aspx?cid=5063&amp;id=3352" TargetMode="External"/><Relationship Id="rId693" Type="http://schemas.openxmlformats.org/officeDocument/2006/relationships/hyperlink" Target="https://www.fda.gov.tw/eng/lawContent.aspx?cid=5063&amp;id=3354" TargetMode="External"/><Relationship Id="rId694" Type="http://schemas.openxmlformats.org/officeDocument/2006/relationships/hyperlink" Target="https://www.fda.gov.tw/ENG/lawContent.aspx?cid=5063&amp;id=3388" TargetMode="External"/><Relationship Id="rId695" Type="http://schemas.openxmlformats.org/officeDocument/2006/relationships/hyperlink" Target="https://www.fda.gov.tw/eng/lawContent.aspx?cid=5063&amp;id=3586" TargetMode="External"/><Relationship Id="rId696" Type="http://schemas.openxmlformats.org/officeDocument/2006/relationships/hyperlink" Target="https://www.fda.gov.tw/ENG/lawContent.aspx?cid=5063&amp;id=3361" TargetMode="External"/><Relationship Id="rId697" Type="http://schemas.openxmlformats.org/officeDocument/2006/relationships/hyperlink" Target="https://www.fda.gov.tw/eng/lawContent.aspx?cid=5063&amp;id=3357" TargetMode="External"/><Relationship Id="rId698" Type="http://schemas.openxmlformats.org/officeDocument/2006/relationships/hyperlink" Target="https://udid.fda.gov.tw/QnA.aspx" TargetMode="External"/><Relationship Id="rId699" Type="http://schemas.openxmlformats.org/officeDocument/2006/relationships/hyperlink" Target="https://law.moda.gov.tw/EngLawContent.aspx?id=93&amp;lan=E&amp;media=print" TargetMode="External"/><Relationship Id="rId700" Type="http://schemas.openxmlformats.org/officeDocument/2006/relationships/hyperlink" Target="https://law.moda.gov.tw/EngLawContent.aspx?id=70&amp;lan=E" TargetMode="External"/><Relationship Id="rId701" Type="http://schemas.openxmlformats.org/officeDocument/2006/relationships/hyperlink" Target="https://law.pdpc.gov.tw/EngLawContent.aspx?id=5&amp;lan=E" TargetMode="External"/><Relationship Id="rId702" Type="http://schemas.openxmlformats.org/officeDocument/2006/relationships/hyperlink" Target="https://mmih.adlia.tj/SEARCH/DocumentView?DocumentId=15457" TargetMode="External"/><Relationship Id="rId703" Type="http://schemas.openxmlformats.org/officeDocument/2006/relationships/hyperlink" Target="https://mmih.adlia.tj/SEARCH/DocumentView?DocumentId=147705" TargetMode="External"/><Relationship Id="rId704" Type="http://schemas.openxmlformats.org/officeDocument/2006/relationships/hyperlink" Target="https://mmih.adlia.tj/Search/DocumentView?DocumentId=142652" TargetMode="External"/><Relationship Id="rId705" Type="http://schemas.openxmlformats.org/officeDocument/2006/relationships/hyperlink" Target="https://mmih.adlia.tj/SEARCH/DocumentView?DocumentId=171132" TargetMode="External"/><Relationship Id="rId706" Type="http://schemas.openxmlformats.org/officeDocument/2006/relationships/hyperlink" Target="https://www.tmda.go.tz/uploads/publications/en1755088789-Compendium%20of%20Guidelines%20for%20Marketing%20Authorization%20of%20Medical%20Devices%2C%20Diagnostics%20and%20Laboratory%20Equipment%2C%20June%202024.pdf" TargetMode="External"/><Relationship Id="rId707" Type="http://schemas.openxmlformats.org/officeDocument/2006/relationships/hyperlink" Target="https://www.tmda.go.tz/pages/inspection-and-enforcement-1" TargetMode="External"/><Relationship Id="rId708" Type="http://schemas.openxmlformats.org/officeDocument/2006/relationships/hyperlink" Target="https://www.tmda.go.tz/publications/110" TargetMode="External"/><Relationship Id="rId709" Type="http://schemas.openxmlformats.org/officeDocument/2006/relationships/hyperlink" Target="https://www.tmda.go.tz/index.php/pages/procedures-for-market-authorization-1" TargetMode="External"/><Relationship Id="rId710" Type="http://schemas.openxmlformats.org/officeDocument/2006/relationships/hyperlink" Target="https://www.tmda.go.tz/pages/recall-of-devices-and-diagnostics-1" TargetMode="External"/><Relationship Id="rId711" Type="http://schemas.openxmlformats.org/officeDocument/2006/relationships/hyperlink" Target="https://www.tmda.go.tz/uploads/publications/en1545477373-Control%20of%20Medical%20Devices%20Regulations%2C%202015.pdf" TargetMode="External"/><Relationship Id="rId712" Type="http://schemas.openxmlformats.org/officeDocument/2006/relationships/hyperlink" Target="https://www.tmda.go.tz/uploads/1779257152-2025%20TMDA%20ACT.pdf" TargetMode="External"/><Relationship Id="rId713" Type="http://schemas.openxmlformats.org/officeDocument/2006/relationships/hyperlink" Target="https://www.tmda.go.tz/pages/acts" TargetMode="External"/><Relationship Id="rId714" Type="http://schemas.openxmlformats.org/officeDocument/2006/relationships/hyperlink" Target="https://medical.fda.moph.go.th/relevant-laws-and-standards/mdlaw0389/" TargetMode="External"/><Relationship Id="rId715" Type="http://schemas.openxmlformats.org/officeDocument/2006/relationships/hyperlink" Target="https://medical.fda.moph.go.th/relevant-laws-and-standards/category/medical-device-act" TargetMode="External"/><Relationship Id="rId716" Type="http://schemas.openxmlformats.org/officeDocument/2006/relationships/hyperlink" Target="https://medical.fda.moph.go.th/market-supervision/md-safety/" TargetMode="External"/><Relationship Id="rId717" Type="http://schemas.openxmlformats.org/officeDocument/2006/relationships/hyperlink" Target="https://medical.fda.moph.go.th/relevant-laws-and-standards" TargetMode="External"/><Relationship Id="rId718" Type="http://schemas.openxmlformats.org/officeDocument/2006/relationships/hyperlink" Target="https://medical.fda.moph.go.th/press-release/full-csdt-69/" TargetMode="External"/><Relationship Id="rId719" Type="http://schemas.openxmlformats.org/officeDocument/2006/relationships/hyperlink" Target="https://www.etda.or.th/en/ETC/strategy-law-standard/law.aspx" TargetMode="External"/><Relationship Id="rId720" Type="http://schemas.openxmlformats.org/officeDocument/2006/relationships/hyperlink" Target="https://www.ncsa.or.th/about" TargetMode="External"/><Relationship Id="rId721" Type="http://schemas.openxmlformats.org/officeDocument/2006/relationships/hyperlink" Target="https://www.ratchakitcha.soc.go.th/DATA/PDF/2562/A/069/T_0052.PDF" TargetMode="External"/><Relationship Id="rId722" Type="http://schemas.openxmlformats.org/officeDocument/2006/relationships/hyperlink" Target="https://health.gov.tt/services/chemistry-food-and-drugs-division" TargetMode="External"/><Relationship Id="rId723" Type="http://schemas.openxmlformats.org/officeDocument/2006/relationships/hyperlink" Target="https://rgd.legalaffairs.gov.tt/laws2/alphabetical_list/lawspdfs/30.01.pdf" TargetMode="External"/><Relationship Id="rId724" Type="http://schemas.openxmlformats.org/officeDocument/2006/relationships/hyperlink" Target="https://health.gov.tt/guidelines-for-the-importation-of-rapid-antigenantibody-test-kits" TargetMode="External"/><Relationship Id="rId725" Type="http://schemas.openxmlformats.org/officeDocument/2006/relationships/hyperlink" Target="https://dpm.tn/index.php/communiquees-et-publications/communiques" TargetMode="External"/><Relationship Id="rId726" Type="http://schemas.openxmlformats.org/officeDocument/2006/relationships/hyperlink" Target="https://dpm.tn/controle-technique/enregistrement-des-dispositifs-medicaux" TargetMode="External"/><Relationship Id="rId727" Type="http://schemas.openxmlformats.org/officeDocument/2006/relationships/hyperlink" Target="https://dpm.tn/industrie/procedures" TargetMode="External"/><Relationship Id="rId728" Type="http://schemas.openxmlformats.org/officeDocument/2006/relationships/hyperlink" Target="https://dpm.tn/images/pdf/avis_importateur_cti.pdf" TargetMode="External"/><Relationship Id="rId729" Type="http://schemas.openxmlformats.org/officeDocument/2006/relationships/hyperlink" Target="https://dpm.tn/images/pdf/procedure/fmg1002-2025-002.pdf" TargetMode="External"/><Relationship Id="rId730" Type="http://schemas.openxmlformats.org/officeDocument/2006/relationships/hyperlink" Target="https://minjust.gov.tm/ru/hukuk/merkezi/hukuk/286" TargetMode="External"/><Relationship Id="rId731" Type="http://schemas.openxmlformats.org/officeDocument/2006/relationships/hyperlink" Target="https://www.turkmenistan.gov.tm/index.php/ru/post/34942/zakon-turkmenistana-o-litsenzirovanii-otdelnykh-vidov-deyatelnosti-%28novaya-redaktsiya%29" TargetMode="External"/><Relationship Id="rId732" Type="http://schemas.openxmlformats.org/officeDocument/2006/relationships/hyperlink" Target="https://turkmenistan.gov.tm/ru/post/25587/zakon-turkmenistana-%3Cbr%3Eo-lekarstvennom-obespechenii" TargetMode="External"/><Relationship Id="rId733" Type="http://schemas.openxmlformats.org/officeDocument/2006/relationships/hyperlink" Target="https://www.mevzuat.gov.tr/MevzuatMetin/yonetmelik/7.5.38658.pdf" TargetMode="External"/><Relationship Id="rId734" Type="http://schemas.openxmlformats.org/officeDocument/2006/relationships/hyperlink" Target="https://www.titck.gov.tr/faaliyetalanlari/tibbicihaz/tibbi-cihaz-mevzuati" TargetMode="External"/><Relationship Id="rId735" Type="http://schemas.openxmlformats.org/officeDocument/2006/relationships/hyperlink" Target="https://www.titck.gov.tr/faaliyetalanlari/tibbicihaz/urun-takip-sistemi-uts" TargetMode="External"/><Relationship Id="rId736" Type="http://schemas.openxmlformats.org/officeDocument/2006/relationships/hyperlink" Target="https://www.mevzuat.gov.tr/MevzuatMetin/yonetmelik/7.5.38657.pdf" TargetMode="External"/><Relationship Id="rId737" Type="http://schemas.openxmlformats.org/officeDocument/2006/relationships/hyperlink" Target="https://www.mevzuat.gov.tr/mevzuatmetin/1.5.5070.pdf" TargetMode="External"/><Relationship Id="rId738" Type="http://schemas.openxmlformats.org/officeDocument/2006/relationships/hyperlink" Target="https://www.kvkk.gov.tr/Icerik/6649/Personal-Data-Protection-Law" TargetMode="External"/><Relationship Id="rId739" Type="http://schemas.openxmlformats.org/officeDocument/2006/relationships/hyperlink" Target="https://www.nda.or.ug/wp-content/uploads/2023/09/INS-GDL-047_Guidelines-on-GMP-for-Surgical-Instruments-and-Appliances_R0.pdf" TargetMode="External"/><Relationship Id="rId740" Type="http://schemas.openxmlformats.org/officeDocument/2006/relationships/hyperlink" Target="https://www.nda.or.ug/wp-content/uploads/2022/02/Guidelines-on-Registration-of-Surgical-Instruments_R0_2020_Final.pdf" TargetMode="External"/><Relationship Id="rId741" Type="http://schemas.openxmlformats.org/officeDocument/2006/relationships/hyperlink" Target="https://www.nda.or.ug/medical-devices/" TargetMode="External"/><Relationship Id="rId742" Type="http://schemas.openxmlformats.org/officeDocument/2006/relationships/hyperlink" Target="https://ulii.org/en/akn/ug/act/2026/5/eng%402026-05-08" TargetMode="External"/><Relationship Id="rId743" Type="http://schemas.openxmlformats.org/officeDocument/2006/relationships/hyperlink" Target="https://media.ulii.org/media/legislation/124710/source_file/79e08d7ffad886e5/ug-act-si-2014-29-publication-document.pdf" TargetMode="External"/><Relationship Id="rId744" Type="http://schemas.openxmlformats.org/officeDocument/2006/relationships/hyperlink" Target="https://ulii.org/akn/ug/act/si/2019/77" TargetMode="External"/><Relationship Id="rId745" Type="http://schemas.openxmlformats.org/officeDocument/2006/relationships/hyperlink" Target="https://ulii.org/en/akn/ug/act/statute/1993/13/eng%402023-12-31" TargetMode="External"/><Relationship Id="rId746" Type="http://schemas.openxmlformats.org/officeDocument/2006/relationships/hyperlink" Target="https://zakon.rada.gov.ua/laws/show/753-2013-%D0%BF?lang=uk" TargetMode="External"/><Relationship Id="rId747" Type="http://schemas.openxmlformats.org/officeDocument/2006/relationships/hyperlink" Target="https://zakon.rada.gov.ua/laws/show/754-2013-%D0%BF?lang=uk" TargetMode="External"/><Relationship Id="rId748" Type="http://schemas.openxmlformats.org/officeDocument/2006/relationships/hyperlink" Target="https://zakon.rada.gov.ua/laws/show/755-2013-%D0%BF?lang=uk" TargetMode="External"/><Relationship Id="rId749" Type="http://schemas.openxmlformats.org/officeDocument/2006/relationships/hyperlink" Target="https://www.kmu.gov.ua/npas/pro-zatverdzhennia-tekhnichnoho-rehlamentu-shchodo-medychnykh-vyrobiv-dlia-s758100626" TargetMode="External"/><Relationship Id="rId750" Type="http://schemas.openxmlformats.org/officeDocument/2006/relationships/hyperlink" Target="https://www.kmu.gov.ua/npas/pro-zatverdzhennia-tekhnichnoho-rehlamentu-shchodo-medychnykh-vyrobiv-i-759" TargetMode="External"/><Relationship Id="rId751" Type="http://schemas.openxmlformats.org/officeDocument/2006/relationships/hyperlink" Target="https://www.dls.gov.ua/for_subject/%D0%B7%D0%B0%D1%82%D0%B2%D0%B5%D1%80%D0%B4%D0%B6%D0%B5%D0%BD%D0%BD%D1%8F-%D0%BD%D0%BE%D0%B2%D0%B8%D1%85-%D1%82%D0%B5%D1%85%D0%BD%D1%96%D1%87%D0%BD%D0%B8%D1%85-%D1%80%D0%B5%D0%B3%D0%BB%D0%B0%D0%BC/" TargetMode="External"/><Relationship Id="rId752" Type="http://schemas.openxmlformats.org/officeDocument/2006/relationships/hyperlink" Target="https://www.ede.gov.ae/en/w/issuance-of-marketing-authorization-for-a-medical-device" TargetMode="External"/><Relationship Id="rId753" Type="http://schemas.openxmlformats.org/officeDocument/2006/relationships/hyperlink" Target="https://ede.gov.ae/en/legislations" TargetMode="External"/><Relationship Id="rId754" Type="http://schemas.openxmlformats.org/officeDocument/2006/relationships/hyperlink" Target="https://ede.gov.ae/en/w/registration-of-a-manufacturer-of-medical-products" TargetMode="External"/><Relationship Id="rId755" Type="http://schemas.openxmlformats.org/officeDocument/2006/relationships/hyperlink" Target="https://ede.gov.ae/en/w/reporting-side-effects-of-medicines-and-medical-products-within-uae-for-individuals" TargetMode="External"/><Relationship Id="rId756" Type="http://schemas.openxmlformats.org/officeDocument/2006/relationships/hyperlink" Target="https://uaelegislation.gov.ae/en/legislations/2751" TargetMode="External"/><Relationship Id="rId757" Type="http://schemas.openxmlformats.org/officeDocument/2006/relationships/hyperlink" Target="https://uaelegislation.gov.ae/en/legislations/1526" TargetMode="External"/><Relationship Id="rId758" Type="http://schemas.openxmlformats.org/officeDocument/2006/relationships/hyperlink" Target="https://uaelegislation.gov.ae/en/legislations/1972" TargetMode="External"/><Relationship Id="rId759" Type="http://schemas.openxmlformats.org/officeDocument/2006/relationships/hyperlink" Target="https://uaelegislation.gov.ae/en/legislations/1539" TargetMode="External"/><Relationship Id="rId760" Type="http://schemas.openxmlformats.org/officeDocument/2006/relationships/hyperlink" Target="https://www.legislation.gov.uk/uksi/2024/1368/pdfs/uksi_20241368_en.pdf" TargetMode="External"/><Relationship Id="rId761" Type="http://schemas.openxmlformats.org/officeDocument/2006/relationships/hyperlink" Target="https://www.legislation.gov.uk/uksi/2002/618/data.xml" TargetMode="External"/><Relationship Id="rId762" Type="http://schemas.openxmlformats.org/officeDocument/2006/relationships/hyperlink" Target="https://www.legislation.gov.uk/uksi/2002/618/pdfs/uksi_20020618_en.pdf" TargetMode="External"/><Relationship Id="rId763" Type="http://schemas.openxmlformats.org/officeDocument/2006/relationships/hyperlink" Target="https://www.legislation.gov.uk/uksi/2002/618/contents" TargetMode="External"/><Relationship Id="rId764" Type="http://schemas.openxmlformats.org/officeDocument/2006/relationships/hyperlink" Target="https://www.legislation.gov.uk/ukpga/2021/3/contents" TargetMode="External"/><Relationship Id="rId765" Type="http://schemas.openxmlformats.org/officeDocument/2006/relationships/hyperlink" Target="https://www.legislation.gov.uk/ukpga/2021/3/data.xml" TargetMode="External"/><Relationship Id="rId766" Type="http://schemas.openxmlformats.org/officeDocument/2006/relationships/hyperlink" Target="https://www.gov.uk/government/publications/documentation-for-implementation-of-data-requirements-under-the-new-post-marketing-surveillance-regulations" TargetMode="External"/><Relationship Id="rId767" Type="http://schemas.openxmlformats.org/officeDocument/2006/relationships/hyperlink" Target="https://www.gov.uk/guidance/effective-field-safety-notices-fsns-guidance-for-manufacturers-of-medical-devices" TargetMode="External"/><Relationship Id="rId768" Type="http://schemas.openxmlformats.org/officeDocument/2006/relationships/hyperlink" Target="https://assets.publishing.service.gov.uk/media/690478fc20da736e65913192/Field_Safety_Corrective_Action_Report__FSCA__2.8_changelog.pdf" TargetMode="External"/><Relationship Id="rId769" Type="http://schemas.openxmlformats.org/officeDocument/2006/relationships/hyperlink" Target="https://assets.publishing.service.gov.uk/media/6841878e58bd5a53d0211cdd/Helptext_for_FSCA_GB_2.8.xlsx" TargetMode="External"/><Relationship Id="rId770" Type="http://schemas.openxmlformats.org/officeDocument/2006/relationships/hyperlink" Target="https://www.gov.uk/government/publications/more-implementation/gb-mir-and-fsca-schema-implementation-guide" TargetMode="External"/><Relationship Id="rId771" Type="http://schemas.openxmlformats.org/officeDocument/2006/relationships/hyperlink" Target="https://assets.publishing.service.gov.uk/media/684187dad5f6bf75703e8786/GB_XSD_Files.zip" TargetMode="External"/><Relationship Id="rId772" Type="http://schemas.openxmlformats.org/officeDocument/2006/relationships/hyperlink" Target="https://www.gov.uk/government/publications/medical-devices-post-market-surveillance-requirements" TargetMode="External"/><Relationship Id="rId773" Type="http://schemas.openxmlformats.org/officeDocument/2006/relationships/hyperlink" Target="https://www.gov.uk/guidance/regulating-medical-devices-in-the-uk" TargetMode="External"/><Relationship Id="rId774" Type="http://schemas.openxmlformats.org/officeDocument/2006/relationships/hyperlink" Target="https://www.gov.uk/guidance/manufacturers-online-reporting-environment-more" TargetMode="External"/><Relationship Id="rId775" Type="http://schemas.openxmlformats.org/officeDocument/2006/relationships/hyperlink" Target="https://www.gov.uk/government/publications/medical-devices-examples-of-reportable-incidents" TargetMode="External"/><Relationship Id="rId776" Type="http://schemas.openxmlformats.org/officeDocument/2006/relationships/hyperlink" Target="https://assets.publishing.service.gov.uk/media/69047907e2ebc0fb39a52058/Manufacturer_Incident_Report__MIR__7.2.1_changelog.pdf" TargetMode="External"/><Relationship Id="rId777" Type="http://schemas.openxmlformats.org/officeDocument/2006/relationships/hyperlink" Target="https://assets.publishing.service.gov.uk/media/684187bd578282a4b102c081/Helptext_for_MIR_GB_7.2.1.xlsx" TargetMode="External"/><Relationship Id="rId778" Type="http://schemas.openxmlformats.org/officeDocument/2006/relationships/hyperlink" Target="https://www.gov.uk/government/publications/more-platform-api-application-programming-interface-set-up-user-reference-guide" TargetMode="External"/><Relationship Id="rId779" Type="http://schemas.openxmlformats.org/officeDocument/2006/relationships/hyperlink" Target="https://assets.publishing.service.gov.uk/media/644681ad529eda000c3b0309/MORE_production_API_guidance_2023.pdf" TargetMode="External"/><Relationship Id="rId780" Type="http://schemas.openxmlformats.org/officeDocument/2006/relationships/hyperlink" Target="https://assets.publishing.service.gov.uk/media/6964f7c08d599f4c09e1ff64/MORE_Submissions_Guide_V6__Decemebr_25_.pdf" TargetMode="External"/><Relationship Id="rId781" Type="http://schemas.openxmlformats.org/officeDocument/2006/relationships/hyperlink" Target="https://www.gov.uk/government/publications/more-submissions-user-reference-guide" TargetMode="External"/><Relationship Id="rId782" Type="http://schemas.openxmlformats.org/officeDocument/2006/relationships/hyperlink" Target="https://www.gov.uk/government/publications/medical-devices-post-market-surveillance-requirements/introduction-and-scope" TargetMode="External"/><Relationship Id="rId783" Type="http://schemas.openxmlformats.org/officeDocument/2006/relationships/hyperlink" Target="https://www.gov.uk/government/publications/medical-devices-post-market-surveillance-requirements/requirements-of-the-manufacturers-pms-system" TargetMode="External"/><Relationship Id="rId784" Type="http://schemas.openxmlformats.org/officeDocument/2006/relationships/hyperlink" Target="https://www.gov.uk/government/publications/medical-devices-post-market-surveillance-requirements/vigilance-reporting-requirements" TargetMode="External"/><Relationship Id="rId785" Type="http://schemas.openxmlformats.org/officeDocument/2006/relationships/hyperlink" Target="https://assets.publishing.service.gov.uk/media/684bfe5a928e5ebb68e3f95d/20250515_Table_of_requirements_applying_to_different_devices_final_V3.pdf" TargetMode="External"/><Relationship Id="rId786" Type="http://schemas.openxmlformats.org/officeDocument/2006/relationships/hyperlink" Target="https://assets.publishing.service.gov.uk/media/684bfe2e19e3b84158cba2ba/20250515_Table_of_key_changes_updated_FINAL.pdf" TargetMode="External"/><Relationship Id="rId787" Type="http://schemas.openxmlformats.org/officeDocument/2006/relationships/hyperlink" Target="https://assets.publishing.service.gov.uk/media/68e77c3ccf65bd04bad76689/Medical_devices_-_periodic_safety_update_report_update_30_9_25.pdf" TargetMode="External"/><Relationship Id="rId788" Type="http://schemas.openxmlformats.org/officeDocument/2006/relationships/hyperlink" Target="https://assets.publishing.service.gov.uk/media/68bac4c211b4ded2da19feaf/Detailed_PSUR_Guidance_sep25.pdf" TargetMode="External"/><Relationship Id="rId789" Type="http://schemas.openxmlformats.org/officeDocument/2006/relationships/hyperlink" Target="https://assets.publishing.service.gov.uk/media/68b801dbd723ba6f74dba91b/Medical_devices_Standardised_format_for_the_post_market_surveillance_report.pdf" TargetMode="External"/><Relationship Id="rId790" Type="http://schemas.openxmlformats.org/officeDocument/2006/relationships/hyperlink" Target="https://assets.publishing.service.gov.uk/media/684187f0578282a4b102c082/XML_Files_for_Testing.zip" TargetMode="External"/><Relationship Id="rId791" Type="http://schemas.openxmlformats.org/officeDocument/2006/relationships/hyperlink" Target="https://www.legislation.gov.uk/ukpga/2025/18/data.xml" TargetMode="External"/><Relationship Id="rId792" Type="http://schemas.openxmlformats.org/officeDocument/2006/relationships/hyperlink" Target="https://www.legislation.gov.uk/ukpga/2018/12/data.xml" TargetMode="External"/><Relationship Id="rId793" Type="http://schemas.openxmlformats.org/officeDocument/2006/relationships/hyperlink" Target="https://www.legislation.gov.uk/ukpga/2000/7/data.xml" TargetMode="External"/><Relationship Id="rId794" Type="http://schemas.openxmlformats.org/officeDocument/2006/relationships/hyperlink" Target="https://www.legislation.gov.uk/ukpga/2010/15/data.xml" TargetMode="External"/><Relationship Id="rId795" Type="http://schemas.openxmlformats.org/officeDocument/2006/relationships/hyperlink" Target="https://www.legislation.gov.uk/uksi/2018/506/data.xml" TargetMode="External"/><Relationship Id="rId796" Type="http://schemas.openxmlformats.org/officeDocument/2006/relationships/hyperlink" Target="https://www.legislation.gov.uk/uksi/2003/2426/data.xml" TargetMode="External"/><Relationship Id="rId797" Type="http://schemas.openxmlformats.org/officeDocument/2006/relationships/hyperlink" Target="https://www.legislation.gov.uk/uksi/2018/952/contents/made" TargetMode="External"/><Relationship Id="rId798" Type="http://schemas.openxmlformats.org/officeDocument/2006/relationships/hyperlink" Target="https://www.legislation.gov.uk/ukpga/2018/13/contents" TargetMode="External"/><Relationship Id="rId799" Type="http://schemas.openxmlformats.org/officeDocument/2006/relationships/hyperlink" Target="https://www.gov.uk/government/publications/the-uk-sanctions-list" TargetMode="External"/><Relationship Id="rId800" Type="http://schemas.openxmlformats.org/officeDocument/2006/relationships/hyperlink" Target="https://www.legislation.gov.uk/eur/2016/679/data.xml" TargetMode="External"/><Relationship Id="rId801" Type="http://schemas.openxmlformats.org/officeDocument/2006/relationships/hyperlink" Target="https://www.ecfr.gov/api/versioner/v1/full/{SNAPSHOT_DATE}/title-10.xml?part=30" TargetMode="External"/><Relationship Id="rId802" Type="http://schemas.openxmlformats.org/officeDocument/2006/relationships/hyperlink" Target="https://www.ecfr.gov/api/versioner/v1/full/{SNAPSHOT_DATE}/title-10.xml?part=32" TargetMode="External"/><Relationship Id="rId803" Type="http://schemas.openxmlformats.org/officeDocument/2006/relationships/hyperlink" Target="https://www.ecfr.gov/api/versioner/v1/full/{SNAPSHOT_DATE}/title-10.xml?part=35" TargetMode="External"/><Relationship Id="rId804" Type="http://schemas.openxmlformats.org/officeDocument/2006/relationships/hyperlink" Target="https://www.ecfr.gov/api/versioner/v1/full/{SNAPSHOT_DATE}/title-21.xml?part=10" TargetMode="External"/><Relationship Id="rId805" Type="http://schemas.openxmlformats.org/officeDocument/2006/relationships/hyperlink" Target="https://www.ecfr.gov/api/versioner/v1/full/{SNAPSHOT_DATE}/title-21.xml?part=1000" TargetMode="External"/><Relationship Id="rId806" Type="http://schemas.openxmlformats.org/officeDocument/2006/relationships/hyperlink" Target="https://www.ecfr.gov/api/versioner/v1/full/{SNAPSHOT_DATE}/title-21.xml?part=1002" TargetMode="External"/><Relationship Id="rId807" Type="http://schemas.openxmlformats.org/officeDocument/2006/relationships/hyperlink" Target="https://www.ecfr.gov/api/versioner/v1/full/{SNAPSHOT_DATE}/title-21.xml?part=1003" TargetMode="External"/><Relationship Id="rId808" Type="http://schemas.openxmlformats.org/officeDocument/2006/relationships/hyperlink" Target="https://www.ecfr.gov/api/versioner/v1/full/{SNAPSHOT_DATE}/title-21.xml?part=1004" TargetMode="External"/><Relationship Id="rId809" Type="http://schemas.openxmlformats.org/officeDocument/2006/relationships/hyperlink" Target="https://www.ecfr.gov/api/versioner/v1/full/{SNAPSHOT_DATE}/title-21.xml?part=1005" TargetMode="External"/><Relationship Id="rId810" Type="http://schemas.openxmlformats.org/officeDocument/2006/relationships/hyperlink" Target="https://www.ecfr.gov/api/versioner/v1/full/{SNAPSHOT_DATE}/title-21.xml?part=1010" TargetMode="External"/><Relationship Id="rId811" Type="http://schemas.openxmlformats.org/officeDocument/2006/relationships/hyperlink" Target="https://www.ecfr.gov/api/versioner/v1/full/{SNAPSHOT_DATE}/title-21.xml?part=1020" TargetMode="External"/><Relationship Id="rId812" Type="http://schemas.openxmlformats.org/officeDocument/2006/relationships/hyperlink" Target="https://www.ecfr.gov/api/versioner/v1/full/{SNAPSHOT_DATE}/title-21.xml?part=1030" TargetMode="External"/><Relationship Id="rId813" Type="http://schemas.openxmlformats.org/officeDocument/2006/relationships/hyperlink" Target="https://www.ecfr.gov/api/versioner/v1/full/{SNAPSHOT_DATE}/title-21.xml?part=1040" TargetMode="External"/><Relationship Id="rId814" Type="http://schemas.openxmlformats.org/officeDocument/2006/relationships/hyperlink" Target="https://www.ecfr.gov/api/versioner/v1/full/{SNAPSHOT_DATE}/title-21.xml?part=1050" TargetMode="External"/><Relationship Id="rId815" Type="http://schemas.openxmlformats.org/officeDocument/2006/relationships/hyperlink" Target="https://www.ecfr.gov/api/versioner/v1/full/{SNAPSHOT_DATE}/title-21.xml?part=11" TargetMode="External"/><Relationship Id="rId816" Type="http://schemas.openxmlformats.org/officeDocument/2006/relationships/hyperlink" Target="https://www.ecfr.gov/api/versioner/v1/full/{SNAPSHOT_DATE}/title-21.xml?part=1271" TargetMode="External"/><Relationship Id="rId817" Type="http://schemas.openxmlformats.org/officeDocument/2006/relationships/hyperlink" Target="https://www.ecfr.gov/api/versioner/v1/full/{SNAPSHOT_DATE}/title-21.xml?part=16" TargetMode="External"/><Relationship Id="rId818" Type="http://schemas.openxmlformats.org/officeDocument/2006/relationships/hyperlink" Target="https://www.ecfr.gov/api/versioner/v1/full/{SNAPSHOT_DATE}/title-21.xml?part=210" TargetMode="External"/><Relationship Id="rId819" Type="http://schemas.openxmlformats.org/officeDocument/2006/relationships/hyperlink" Target="https://www.ecfr.gov/api/versioner/v1/full/{SNAPSHOT_DATE}/title-21.xml?part=211" TargetMode="External"/><Relationship Id="rId820" Type="http://schemas.openxmlformats.org/officeDocument/2006/relationships/hyperlink" Target="https://www.ecfr.gov/api/versioner/v1/full/{SNAPSHOT_DATE}/title-21.xml?part=4" TargetMode="External"/><Relationship Id="rId821" Type="http://schemas.openxmlformats.org/officeDocument/2006/relationships/hyperlink" Target="https://www.ecfr.gov/api/versioner/v1/full/{SNAPSHOT_DATE}/title-21.xml?part=50" TargetMode="External"/><Relationship Id="rId822" Type="http://schemas.openxmlformats.org/officeDocument/2006/relationships/hyperlink" Target="https://www.ecfr.gov/api/versioner/v1/full/{SNAPSHOT_DATE}/title-21.xml?part=54" TargetMode="External"/><Relationship Id="rId823" Type="http://schemas.openxmlformats.org/officeDocument/2006/relationships/hyperlink" Target="https://www.ecfr.gov/api/versioner/v1/full/{SNAPSHOT_DATE}/title-21.xml?part=56" TargetMode="External"/><Relationship Id="rId824" Type="http://schemas.openxmlformats.org/officeDocument/2006/relationships/hyperlink" Target="https://www.ecfr.gov/api/versioner/v1/full/{SNAPSHOT_DATE}/title-21.xml?part=58" TargetMode="External"/><Relationship Id="rId825" Type="http://schemas.openxmlformats.org/officeDocument/2006/relationships/hyperlink" Target="https://www.ecfr.gov/api/versioner/v1/full/{SNAPSHOT_DATE}/title-21.xml?part=600" TargetMode="External"/><Relationship Id="rId826" Type="http://schemas.openxmlformats.org/officeDocument/2006/relationships/hyperlink" Target="https://www.ecfr.gov/api/versioner/v1/full/{SNAPSHOT_DATE}/title-21.xml?part=7" TargetMode="External"/><Relationship Id="rId827" Type="http://schemas.openxmlformats.org/officeDocument/2006/relationships/hyperlink" Target="https://www.ecfr.gov/api/versioner/v1/full/{SNAPSHOT_DATE}/title-21.xml?part=800" TargetMode="External"/><Relationship Id="rId828" Type="http://schemas.openxmlformats.org/officeDocument/2006/relationships/hyperlink" Target="https://www.ecfr.gov/api/versioner/v1/full/{SNAPSHOT_DATE}/title-21.xml?part=801" TargetMode="External"/><Relationship Id="rId829" Type="http://schemas.openxmlformats.org/officeDocument/2006/relationships/hyperlink" Target="https://www.ecfr.gov/api/versioner/v1/full/{SNAPSHOT_DATE}/title-21.xml?part=803" TargetMode="External"/><Relationship Id="rId830" Type="http://schemas.openxmlformats.org/officeDocument/2006/relationships/hyperlink" Target="https://www.ecfr.gov/api/versioner/v1/full/{SNAPSHOT_DATE}/title-21.xml?part=806" TargetMode="External"/><Relationship Id="rId831" Type="http://schemas.openxmlformats.org/officeDocument/2006/relationships/hyperlink" Target="https://www.ecfr.gov/api/versioner/v1/full/{SNAPSHOT_DATE}/title-21.xml?part=807" TargetMode="External"/><Relationship Id="rId832" Type="http://schemas.openxmlformats.org/officeDocument/2006/relationships/hyperlink" Target="https://www.ecfr.gov/api/versioner/v1/full/{SNAPSHOT_DATE}/title-21.xml?part=808" TargetMode="External"/><Relationship Id="rId833" Type="http://schemas.openxmlformats.org/officeDocument/2006/relationships/hyperlink" Target="https://www.ecfr.gov/api/versioner/v1/full/{SNAPSHOT_DATE}/title-21.xml?part=809" TargetMode="External"/><Relationship Id="rId834" Type="http://schemas.openxmlformats.org/officeDocument/2006/relationships/hyperlink" Target="https://www.ecfr.gov/api/versioner/v1/full/{SNAPSHOT_DATE}/title-21.xml?part=810" TargetMode="External"/><Relationship Id="rId835" Type="http://schemas.openxmlformats.org/officeDocument/2006/relationships/hyperlink" Target="https://www.ecfr.gov/api/versioner/v1/full/{SNAPSHOT_DATE}/title-21.xml?part=812" TargetMode="External"/><Relationship Id="rId836" Type="http://schemas.openxmlformats.org/officeDocument/2006/relationships/hyperlink" Target="https://www.ecfr.gov/api/versioner/v1/full/{SNAPSHOT_DATE}/title-21.xml?part=814" TargetMode="External"/><Relationship Id="rId837" Type="http://schemas.openxmlformats.org/officeDocument/2006/relationships/hyperlink" Target="https://www.ecfr.gov/api/versioner/v1/full/{SNAPSHOT_DATE}/title-21.xml?part=820" TargetMode="External"/><Relationship Id="rId838" Type="http://schemas.openxmlformats.org/officeDocument/2006/relationships/hyperlink" Target="https://www.ecfr.gov/api/versioner/v1/full/{SNAPSHOT_DATE}/title-21.xml?part=821" TargetMode="External"/><Relationship Id="rId839" Type="http://schemas.openxmlformats.org/officeDocument/2006/relationships/hyperlink" Target="https://www.ecfr.gov/api/versioner/v1/full/{SNAPSHOT_DATE}/title-21.xml?part=822" TargetMode="External"/><Relationship Id="rId840" Type="http://schemas.openxmlformats.org/officeDocument/2006/relationships/hyperlink" Target="https://www.ecfr.gov/api/versioner/v1/full/{SNAPSHOT_DATE}/title-21.xml?part=830" TargetMode="External"/><Relationship Id="rId841" Type="http://schemas.openxmlformats.org/officeDocument/2006/relationships/hyperlink" Target="https://www.ecfr.gov/api/versioner/v1/full/{SNAPSHOT_DATE}/title-21.xml?part=860" TargetMode="External"/><Relationship Id="rId842" Type="http://schemas.openxmlformats.org/officeDocument/2006/relationships/hyperlink" Target="https://www.ecfr.gov/api/versioner/v1/full/{SNAPSHOT_DATE}/title-21.xml?part=862" TargetMode="External"/><Relationship Id="rId843" Type="http://schemas.openxmlformats.org/officeDocument/2006/relationships/hyperlink" Target="https://www.ecfr.gov/api/versioner/v1/full/{SNAPSHOT_DATE}/title-21.xml?part=864" TargetMode="External"/><Relationship Id="rId844" Type="http://schemas.openxmlformats.org/officeDocument/2006/relationships/hyperlink" Target="https://www.ecfr.gov/api/versioner/v1/full/{SNAPSHOT_DATE}/title-21.xml?part=866" TargetMode="External"/><Relationship Id="rId845" Type="http://schemas.openxmlformats.org/officeDocument/2006/relationships/hyperlink" Target="https://www.ecfr.gov/api/versioner/v1/full/{SNAPSHOT_DATE}/title-21.xml?part=868" TargetMode="External"/><Relationship Id="rId846" Type="http://schemas.openxmlformats.org/officeDocument/2006/relationships/hyperlink" Target="https://www.ecfr.gov/api/versioner/v1/full/{SNAPSHOT_DATE}/title-21.xml?part=870" TargetMode="External"/><Relationship Id="rId847" Type="http://schemas.openxmlformats.org/officeDocument/2006/relationships/hyperlink" Target="https://www.ecfr.gov/api/versioner/v1/full/{SNAPSHOT_DATE}/title-21.xml?part=872" TargetMode="External"/><Relationship Id="rId848" Type="http://schemas.openxmlformats.org/officeDocument/2006/relationships/hyperlink" Target="https://www.ecfr.gov/api/versioner/v1/full/{SNAPSHOT_DATE}/title-21.xml?part=874" TargetMode="External"/><Relationship Id="rId849" Type="http://schemas.openxmlformats.org/officeDocument/2006/relationships/hyperlink" Target="https://www.ecfr.gov/api/versioner/v1/full/{SNAPSHOT_DATE}/title-21.xml?part=876" TargetMode="External"/><Relationship Id="rId850" Type="http://schemas.openxmlformats.org/officeDocument/2006/relationships/hyperlink" Target="https://www.ecfr.gov/api/versioner/v1/full/{SNAPSHOT_DATE}/title-21.xml?part=878" TargetMode="External"/><Relationship Id="rId851" Type="http://schemas.openxmlformats.org/officeDocument/2006/relationships/hyperlink" Target="https://www.ecfr.gov/api/versioner/v1/full/{SNAPSHOT_DATE}/title-21.xml?part=880" TargetMode="External"/><Relationship Id="rId852" Type="http://schemas.openxmlformats.org/officeDocument/2006/relationships/hyperlink" Target="https://www.ecfr.gov/api/versioner/v1/full/{SNAPSHOT_DATE}/title-21.xml?part=882" TargetMode="External"/><Relationship Id="rId853" Type="http://schemas.openxmlformats.org/officeDocument/2006/relationships/hyperlink" Target="https://www.ecfr.gov/api/versioner/v1/full/{SNAPSHOT_DATE}/title-21.xml?part=884" TargetMode="External"/><Relationship Id="rId854" Type="http://schemas.openxmlformats.org/officeDocument/2006/relationships/hyperlink" Target="https://www.ecfr.gov/api/versioner/v1/full/{SNAPSHOT_DATE}/title-21.xml?part=886" TargetMode="External"/><Relationship Id="rId855" Type="http://schemas.openxmlformats.org/officeDocument/2006/relationships/hyperlink" Target="https://www.ecfr.gov/api/versioner/v1/full/{SNAPSHOT_DATE}/title-21.xml?part=888" TargetMode="External"/><Relationship Id="rId856" Type="http://schemas.openxmlformats.org/officeDocument/2006/relationships/hyperlink" Target="https://www.ecfr.gov/api/versioner/v1/full/{SNAPSHOT_DATE}/title-21.xml?part=890" TargetMode="External"/><Relationship Id="rId857" Type="http://schemas.openxmlformats.org/officeDocument/2006/relationships/hyperlink" Target="https://www.ecfr.gov/api/versioner/v1/full/{SNAPSHOT_DATE}/title-21.xml?part=892" TargetMode="External"/><Relationship Id="rId858" Type="http://schemas.openxmlformats.org/officeDocument/2006/relationships/hyperlink" Target="https://www.ecfr.gov/api/versioner/v1/full/{SNAPSHOT_DATE}/title-21.xml?part=895" TargetMode="External"/><Relationship Id="rId859" Type="http://schemas.openxmlformats.org/officeDocument/2006/relationships/hyperlink" Target="https://www.ecfr.gov/api/versioner/v1/full/{SNAPSHOT_DATE}/title-21.xml?part=898" TargetMode="External"/><Relationship Id="rId860" Type="http://schemas.openxmlformats.org/officeDocument/2006/relationships/hyperlink" Target="https://uscode.house.gov/view.xhtml?path=/prelim@title21/chapter9&amp;edition=prelim" TargetMode="External"/><Relationship Id="rId861" Type="http://schemas.openxmlformats.org/officeDocument/2006/relationships/hyperlink" Target="https://www.ecfr.gov/api/versioner/v1/full/{SNAPSHOT_DATE}/title-29.xml?part=1904" TargetMode="External"/><Relationship Id="rId862" Type="http://schemas.openxmlformats.org/officeDocument/2006/relationships/hyperlink" Target="https://www.ecfr.gov/api/versioner/v1/full/{SNAPSHOT_DATE}/title-29.xml?part=1910" TargetMode="External"/><Relationship Id="rId863" Type="http://schemas.openxmlformats.org/officeDocument/2006/relationships/hyperlink" Target="https://www.ecfr.gov/api/versioner/v1/full/{SNAPSHOT_DATE}/title-40.xml?part=262" TargetMode="External"/><Relationship Id="rId864" Type="http://schemas.openxmlformats.org/officeDocument/2006/relationships/hyperlink" Target="https://www.ecfr.gov/api/versioner/v1/full/{SNAPSHOT_DATE}/title-40.xml?part=370" TargetMode="External"/><Relationship Id="rId865" Type="http://schemas.openxmlformats.org/officeDocument/2006/relationships/hyperlink" Target="https://www.ecfr.gov/api/versioner/v1/full/{SNAPSHOT_DATE}/title-40.xml?part=372" TargetMode="External"/><Relationship Id="rId866" Type="http://schemas.openxmlformats.org/officeDocument/2006/relationships/hyperlink" Target="https://www.ecfr.gov/api/versioner/v1/full/{SNAPSHOT_DATE}/title-40.xml?part=63&amp;subpart=O" TargetMode="External"/><Relationship Id="rId867" Type="http://schemas.openxmlformats.org/officeDocument/2006/relationships/hyperlink" Target="https://www.ecfr.gov/api/versioner/v1/full/{SNAPSHOT_DATE}/title-42.xml?part=1001" TargetMode="External"/><Relationship Id="rId868" Type="http://schemas.openxmlformats.org/officeDocument/2006/relationships/hyperlink" Target="https://www.ecfr.gov/api/versioner/v1/full/{SNAPSHOT_DATE}/title-42.xml?part=11" TargetMode="External"/><Relationship Id="rId869" Type="http://schemas.openxmlformats.org/officeDocument/2006/relationships/hyperlink" Target="https://www.ecfr.gov/api/versioner/v1/full/{SNAPSHOT_DATE}/title-42.xml?part=403&amp;subpart=I" TargetMode="External"/><Relationship Id="rId870" Type="http://schemas.openxmlformats.org/officeDocument/2006/relationships/hyperlink" Target="https://www.ecfr.gov/api/versioner/v1/full/{SNAPSHOT_DATE}/title-42.xml?part=424&amp;subpart=D" TargetMode="External"/><Relationship Id="rId871" Type="http://schemas.openxmlformats.org/officeDocument/2006/relationships/hyperlink" Target="https://www.ecfr.gov/api/versioner/v1/full/{SNAPSHOT_DATE}/title-45.xml?part=46" TargetMode="External"/><Relationship Id="rId872" Type="http://schemas.openxmlformats.org/officeDocument/2006/relationships/hyperlink" Target="https://www.ecfr.gov/api/versioner/v1/full/{SNAPSHOT_DATE}/title-47.xml?part=15" TargetMode="External"/><Relationship Id="rId873" Type="http://schemas.openxmlformats.org/officeDocument/2006/relationships/hyperlink" Target="https://www.ecfr.gov/api/versioner/v1/full/{SNAPSHOT_DATE}/title-47.xml?part=2" TargetMode="External"/><Relationship Id="rId874" Type="http://schemas.openxmlformats.org/officeDocument/2006/relationships/hyperlink" Target="https://www.ecfr.gov/api/versioner/v1/full/{SNAPSHOT_DATE}/title-49.xml?part=171" TargetMode="External"/><Relationship Id="rId875" Type="http://schemas.openxmlformats.org/officeDocument/2006/relationships/hyperlink" Target="https://www.ecfr.gov/api/versioner/v1/full/{SNAPSHOT_DATE}/title-49.xml?part=172" TargetMode="External"/><Relationship Id="rId876" Type="http://schemas.openxmlformats.org/officeDocument/2006/relationships/hyperlink" Target="https://www.ecfr.gov/api/versioner/v1/full/{SNAPSHOT_DATE}/title-49.xml?part=173" TargetMode="External"/><Relationship Id="rId877" Type="http://schemas.openxmlformats.org/officeDocument/2006/relationships/hyperlink" Target="https://www.ecfr.gov/api/versioner/v1/full/{SNAPSHOT_DATE}/title-49.xml?part=174" TargetMode="External"/><Relationship Id="rId878" Type="http://schemas.openxmlformats.org/officeDocument/2006/relationships/hyperlink" Target="https://www.ecfr.gov/api/versioner/v1/full/{SNAPSHOT_DATE}/title-49.xml?part=175" TargetMode="External"/><Relationship Id="rId879" Type="http://schemas.openxmlformats.org/officeDocument/2006/relationships/hyperlink" Target="https://www.ecfr.gov/api/versioner/v1/full/{SNAPSHOT_DATE}/title-49.xml?part=176" TargetMode="External"/><Relationship Id="rId880" Type="http://schemas.openxmlformats.org/officeDocument/2006/relationships/hyperlink" Target="https://www.ecfr.gov/api/versioner/v1/full/{SNAPSHOT_DATE}/title-49.xml?part=177" TargetMode="External"/><Relationship Id="rId881" Type="http://schemas.openxmlformats.org/officeDocument/2006/relationships/hyperlink" Target="https://www.ecfr.gov/api/versioner/v1/full/{SNAPSHOT_DATE}/title-49.xml?part=178" TargetMode="External"/><Relationship Id="rId882" Type="http://schemas.openxmlformats.org/officeDocument/2006/relationships/hyperlink" Target="https://www.ecfr.gov/api/versioner/v1/full/{SNAPSHOT_DATE}/title-49.xml?part=179" TargetMode="External"/><Relationship Id="rId883" Type="http://schemas.openxmlformats.org/officeDocument/2006/relationships/hyperlink" Target="https://www.ecfr.gov/api/versioner/v1/full/{SNAPSHOT_DATE}/title-49.xml?part=180" TargetMode="External"/><Relationship Id="rId884" Type="http://schemas.openxmlformats.org/officeDocument/2006/relationships/hyperlink" Target="https://www.fda.gov/media/80481/download" TargetMode="External"/><Relationship Id="rId885" Type="http://schemas.openxmlformats.org/officeDocument/2006/relationships/hyperlink" Target="https://leginfo.legislature.ca.gov/faces/codes_displaySection.xhtml?lawCode=HSC&amp;sectionNum=111615." TargetMode="External"/><Relationship Id="rId886" Type="http://schemas.openxmlformats.org/officeDocument/2006/relationships/hyperlink" Target="https://www.fda.gov/media/80195/download" TargetMode="External"/><Relationship Id="rId887" Type="http://schemas.openxmlformats.org/officeDocument/2006/relationships/hyperlink" Target="https://www.fda.gov/media/188844/download" TargetMode="External"/><Relationship Id="rId888" Type="http://schemas.openxmlformats.org/officeDocument/2006/relationships/hyperlink" Target="https://www.fda.gov/media/153781/download" TargetMode="External"/><Relationship Id="rId889" Type="http://schemas.openxmlformats.org/officeDocument/2006/relationships/hyperlink" Target="https://www.fda.gov/media/119933/download" TargetMode="External"/><Relationship Id="rId890" Type="http://schemas.openxmlformats.org/officeDocument/2006/relationships/hyperlink" Target="https://www.fda.gov/media/99812/download" TargetMode="External"/><Relationship Id="rId891" Type="http://schemas.openxmlformats.org/officeDocument/2006/relationships/hyperlink" Target="https://www.fda.gov/media/99785/download" TargetMode="External"/><Relationship Id="rId892" Type="http://schemas.openxmlformats.org/officeDocument/2006/relationships/hyperlink" Target="https://www.fda.gov/media/89909/download" TargetMode="External"/><Relationship Id="rId893" Type="http://schemas.openxmlformats.org/officeDocument/2006/relationships/hyperlink" Target="https://www.fda.gov/media/105706/download" TargetMode="External"/><Relationship Id="rId894" Type="http://schemas.openxmlformats.org/officeDocument/2006/relationships/hyperlink" Target="https://www.epa.gov/stationary-sources-air-pollution/ethylene-oxide-emissions-standards-sterilization-facilities" TargetMode="External"/><Relationship Id="rId895" Type="http://schemas.openxmlformats.org/officeDocument/2006/relationships/hyperlink" Target="https://www.epa.gov/hwgenerators/hazardous-waste-generator-regulatory-summary" TargetMode="External"/><Relationship Id="rId896" Type="http://schemas.openxmlformats.org/officeDocument/2006/relationships/hyperlink" Target="https://www.fda.gov/medical-devices/medical-device-supply-chain-and-shortages/506j-device-list" TargetMode="External"/><Relationship Id="rId897" Type="http://schemas.openxmlformats.org/officeDocument/2006/relationships/hyperlink" Target="https://www.fda.gov/regulatory-information/search-fda-guidance-documents/cpg-sec-130300-fda-access-results-quality-assurance-program-audits-and-inspections" TargetMode="External"/><Relationship Id="rId898" Type="http://schemas.openxmlformats.org/officeDocument/2006/relationships/hyperlink" Target="https://www.fda.gov/media/189345/download" TargetMode="External"/><Relationship Id="rId899" Type="http://schemas.openxmlformats.org/officeDocument/2006/relationships/hyperlink" Target="https://www.fda.gov/medical-devices/mandatory-reporting-requirements-manufacturers-importers-and-device-user-facilities/emdr-electronic-medical-device-reporting" TargetMode="External"/><Relationship Id="rId900" Type="http://schemas.openxmlformats.org/officeDocument/2006/relationships/hyperlink" Target="https://www.fda.gov/media/166215/download" TargetMode="External"/><Relationship Id="rId901" Type="http://schemas.openxmlformats.org/officeDocument/2006/relationships/hyperlink" Target="https://www.fda.gov/media/155245/download" TargetMode="External"/><Relationship Id="rId902" Type="http://schemas.openxmlformats.org/officeDocument/2006/relationships/hyperlink" Target="https://www.fda.gov/medical-devices/digital-health-center-excellence/guidances-digital-health-content" TargetMode="External"/><Relationship Id="rId903" Type="http://schemas.openxmlformats.org/officeDocument/2006/relationships/hyperlink" Target="https://www.fda.gov/media/123664/download" TargetMode="External"/><Relationship Id="rId904" Type="http://schemas.openxmlformats.org/officeDocument/2006/relationships/hyperlink" Target="https://www.fda.gov/media/86420/download" TargetMode="External"/><Relationship Id="rId905" Type="http://schemas.openxmlformats.org/officeDocument/2006/relationships/hyperlink" Target="https://www.fda.gov/media/136987/download" TargetMode="External"/><Relationship Id="rId906" Type="http://schemas.openxmlformats.org/officeDocument/2006/relationships/hyperlink" Target="https://www.fda.gov/regulatory-information/search-fda-guidance-documents/quality-management-system-information-certain-premarket-submission-reviews" TargetMode="External"/><Relationship Id="rId907" Type="http://schemas.openxmlformats.org/officeDocument/2006/relationships/hyperlink" Target="https://www.fda.gov/medical-devices/postmarket-requirements-devices/quality-management-system-regulation-qmsr" TargetMode="External"/><Relationship Id="rId908" Type="http://schemas.openxmlformats.org/officeDocument/2006/relationships/hyperlink" Target="https://www.fda.gov/medical-devices/quality-management-system-regulation-qmsr/quality-management-system-regulation-frequently-asked-questions" TargetMode="External"/><Relationship Id="rId909" Type="http://schemas.openxmlformats.org/officeDocument/2006/relationships/hyperlink" Target="https://www.fda.gov/media/76993/download" TargetMode="External"/><Relationship Id="rId910" Type="http://schemas.openxmlformats.org/officeDocument/2006/relationships/hyperlink" Target="https://www.accessdata.fda.gov/scripts/cdrh/cfdocs/cfStandards/results.cfm?category=General&amp;sortcolumn=ind&amp;start_search=1" TargetMode="External"/><Relationship Id="rId911" Type="http://schemas.openxmlformats.org/officeDocument/2006/relationships/hyperlink" Target="https://www.accessdata.fda.gov/scripts/cdrh/cfdocs/cfStandards/search.cfm" TargetMode="External"/><Relationship Id="rId912" Type="http://schemas.openxmlformats.org/officeDocument/2006/relationships/hyperlink" Target="https://www.fda.gov/medical-devices/medical-device-supply-chain-and-shortages/notify-fda-about-medical-device-supply-issue" TargetMode="External"/><Relationship Id="rId913" Type="http://schemas.openxmlformats.org/officeDocument/2006/relationships/hyperlink" Target="https://www.govinfo.gov/content/pkg/COMPS-973/pdf/COMPS-973.pdf" TargetMode="External"/><Relationship Id="rId914" Type="http://schemas.openxmlformats.org/officeDocument/2006/relationships/hyperlink" Target="https://www.leg.state.fl.us/Statutes/index.cfm?App_mode=Display_Statute&amp;URL=0400-0499%2F0499%2FSections%2F0499.01.html" TargetMode="External"/><Relationship Id="rId915" Type="http://schemas.openxmlformats.org/officeDocument/2006/relationships/hyperlink" Target="https://www.ftc.gov/business-guidance/resources/health-products-compliance-guidance" TargetMode="External"/><Relationship Id="rId916" Type="http://schemas.openxmlformats.org/officeDocument/2006/relationships/hyperlink" Target="https://www.fda.gov/media/73141/download" TargetMode="External"/><Relationship Id="rId917" Type="http://schemas.openxmlformats.org/officeDocument/2006/relationships/hyperlink" Target="https://www.legis.la.gov/legis/Law.aspx?d=94146" TargetMode="External"/><Relationship Id="rId918" Type="http://schemas.openxmlformats.org/officeDocument/2006/relationships/hyperlink" Target="https://www.govinfo.gov/content/pkg/FR-2024-02-02/pdf/2024-01709.pdf" TargetMode="External"/><Relationship Id="rId919" Type="http://schemas.openxmlformats.org/officeDocument/2006/relationships/hyperlink" Target="https://www.govinfo.gov/content/pkg/FR-2024-10-15/pdf/2024-23701.pdf" TargetMode="External"/><Relationship Id="rId920" Type="http://schemas.openxmlformats.org/officeDocument/2006/relationships/hyperlink" Target="https://www.fda.gov/media/71794/download" TargetMode="External"/><Relationship Id="rId921" Type="http://schemas.openxmlformats.org/officeDocument/2006/relationships/hyperlink" Target="https://www.fda.gov/media/75414/download" TargetMode="External"/><Relationship Id="rId922" Type="http://schemas.openxmlformats.org/officeDocument/2006/relationships/hyperlink" Target="https://www.fda.gov/medical-devices/postmarket-requirements-devices/recalls-corrections-and-removals-devices" TargetMode="External"/><Relationship Id="rId923" Type="http://schemas.openxmlformats.org/officeDocument/2006/relationships/hyperlink" Target="https://www.dshs.texas.gov/medical-device-manufacturers-distributors/licensing-requirements-medical-device-manufacturers-distributors" TargetMode="External"/><Relationship Id="rId924" Type="http://schemas.openxmlformats.org/officeDocument/2006/relationships/hyperlink" Target="https://www.ecfr.gov/api/versioner/v1/full/{SNAPSHOT_DATE}/title-15.xml?part=762" TargetMode="External"/><Relationship Id="rId925" Type="http://schemas.openxmlformats.org/officeDocument/2006/relationships/hyperlink" Target="https://uscode.house.gov/view.xhtml?req=%28title%3A15+section%3A45+edition%3Aprelim%29" TargetMode="External"/><Relationship Id="rId926" Type="http://schemas.openxmlformats.org/officeDocument/2006/relationships/hyperlink" Target="https://uscode.house.gov/view.xhtml?req=%28title%3A15+section%3A7001+edition%3Aprelim%29" TargetMode="External"/><Relationship Id="rId927" Type="http://schemas.openxmlformats.org/officeDocument/2006/relationships/hyperlink" Target="https://www.ecfr.gov/api/versioner/v1/full/{SNAPSHOT_DATE}/title-16.xml?part=312" TargetMode="External"/><Relationship Id="rId928" Type="http://schemas.openxmlformats.org/officeDocument/2006/relationships/hyperlink" Target="https://www.ecfr.gov/api/versioner/v1/full/{SNAPSHOT_DATE}/title-16.xml?part=318" TargetMode="External"/><Relationship Id="rId929" Type="http://schemas.openxmlformats.org/officeDocument/2006/relationships/hyperlink" Target="https://www.mass.gov/regulations/201-CMR-17-standards-for-the-protection-of-personal-information-of-residents-of-the-commonwealth" TargetMode="External"/><Relationship Id="rId930" Type="http://schemas.openxmlformats.org/officeDocument/2006/relationships/hyperlink" Target="https://www.ecfr.gov/api/versioner/v1/full/{SNAPSHOT_DATE}/title-28.xml?part=35" TargetMode="External"/><Relationship Id="rId931" Type="http://schemas.openxmlformats.org/officeDocument/2006/relationships/hyperlink" Target="https://uscode.house.gov/view.xhtml?req=%28title%3A29%20section%3A794d%20edition%3Aprelim%29" TargetMode="External"/><Relationship Id="rId932" Type="http://schemas.openxmlformats.org/officeDocument/2006/relationships/hyperlink" Target="https://www.ecfr.gov/api/versioner/v1/full/{SNAPSHOT_DATE}/title-32.xml?part=170" TargetMode="External"/><Relationship Id="rId933" Type="http://schemas.openxmlformats.org/officeDocument/2006/relationships/hyperlink" Target="https://www.ecfr.gov/api/versioner/v1/full/{SNAPSHOT_DATE}/title-36.xml?part=1194" TargetMode="External"/><Relationship Id="rId934" Type="http://schemas.openxmlformats.org/officeDocument/2006/relationships/hyperlink" Target="https://www.ecfr.gov/api/versioner/v1/full/{SNAPSHOT_DATE}/title-42.xml?part=2" TargetMode="External"/><Relationship Id="rId935" Type="http://schemas.openxmlformats.org/officeDocument/2006/relationships/hyperlink" Target="https://uscode.house.gov/view.xhtml?path=/prelim@title42/chapter156&amp;edition=prelim" TargetMode="External"/><Relationship Id="rId936" Type="http://schemas.openxmlformats.org/officeDocument/2006/relationships/hyperlink" Target="https://www.ecfr.gov/api/versioner/v1/full/{SNAPSHOT_DATE}/title-45.xml?part=160" TargetMode="External"/><Relationship Id="rId937" Type="http://schemas.openxmlformats.org/officeDocument/2006/relationships/hyperlink" Target="https://www.ecfr.gov/api/versioner/v1/full/{SNAPSHOT_DATE}/title-45.xml?part=164" TargetMode="External"/><Relationship Id="rId938" Type="http://schemas.openxmlformats.org/officeDocument/2006/relationships/hyperlink" Target="https://www.ecfr.gov/api/versioner/v1/full/{SNAPSHOT_DATE}/title-45.xml?part=84" TargetMode="External"/><Relationship Id="rId939" Type="http://schemas.openxmlformats.org/officeDocument/2006/relationships/hyperlink" Target="https://www.ilga.gov/legislation/ilcs/ilcs3.asp?ActID=3004&amp;ChapterID=57" TargetMode="External"/><Relationship Id="rId940" Type="http://schemas.openxmlformats.org/officeDocument/2006/relationships/hyperlink" Target="https://www.bis.gov/learn-support/encryption-controls" TargetMode="External"/><Relationship Id="rId941" Type="http://schemas.openxmlformats.org/officeDocument/2006/relationships/hyperlink" Target="https://leginfo.legislature.ca.gov/faces/codes_displaySection.xhtml?lawCode=CIV&amp;sectionNum=1798.100." TargetMode="External"/><Relationship Id="rId942" Type="http://schemas.openxmlformats.org/officeDocument/2006/relationships/hyperlink" Target="https://leginfo.legislature.ca.gov/faces/codes_displaySection.xhtml?lawCode=CIV&amp;sectionNum=1798.81.5." TargetMode="External"/><Relationship Id="rId943" Type="http://schemas.openxmlformats.org/officeDocument/2006/relationships/hyperlink" Target="https://leginfo.legislature.ca.gov/faces/codes_displaySection.xhtml?lawCode=CIV&amp;sectionNum=1798.82." TargetMode="External"/><Relationship Id="rId944" Type="http://schemas.openxmlformats.org/officeDocument/2006/relationships/hyperlink" Target="https://leginfo.legislature.ca.gov/faces/codes_displaySection.xhtml?lawCode=CIV&amp;sectionNum=56.06." TargetMode="External"/><Relationship Id="rId945" Type="http://schemas.openxmlformats.org/officeDocument/2006/relationships/hyperlink" Target="https://www.ftc.gov/business-guidance/resources/health-breach-notification-rule-basics-business" TargetMode="External"/><Relationship Id="rId946" Type="http://schemas.openxmlformats.org/officeDocument/2006/relationships/hyperlink" Target="https://www.cga.ct.gov/current/pub/chap_743jj.htm" TargetMode="External"/><Relationship Id="rId947" Type="http://schemas.openxmlformats.org/officeDocument/2006/relationships/hyperlink" Target="https://www.acquisition.gov/dfars/252.204-7012-safeguarding-covered-defense-information-and-cyber-incident-reporting" TargetMode="External"/><Relationship Id="rId948" Type="http://schemas.openxmlformats.org/officeDocument/2006/relationships/hyperlink" Target="https://www.acquisition.gov/dfars/252.204-7021-contractor-compliance-cybersecurity-maturity-model-certification-level-requirements" TargetMode="External"/><Relationship Id="rId949" Type="http://schemas.openxmlformats.org/officeDocument/2006/relationships/hyperlink" Target="https://www.ada.gov/assets/pdfs/2026-ifr.pdf" TargetMode="External"/><Relationship Id="rId950" Type="http://schemas.openxmlformats.org/officeDocument/2006/relationships/hyperlink" Target="https://www.bis.gov/regulations/ear" TargetMode="External"/><Relationship Id="rId951" Type="http://schemas.openxmlformats.org/officeDocument/2006/relationships/hyperlink" Target="https://www.acquisition.gov/far/52.204-21" TargetMode="External"/><Relationship Id="rId952" Type="http://schemas.openxmlformats.org/officeDocument/2006/relationships/hyperlink" Target="https://www.acquisition.gov/far/52.246-11" TargetMode="External"/><Relationship Id="rId953" Type="http://schemas.openxmlformats.org/officeDocument/2006/relationships/hyperlink" Target="https://www.acquisition.gov/far/part-46" TargetMode="External"/><Relationship Id="rId954" Type="http://schemas.openxmlformats.org/officeDocument/2006/relationships/hyperlink" Target="https://www.fedramp.gov/2026/scope/" TargetMode="External"/><Relationship Id="rId955" Type="http://schemas.openxmlformats.org/officeDocument/2006/relationships/hyperlink" Target="https://www.ftc.gov/business-guidance/resources/data-breach-response-guide-business" TargetMode="External"/><Relationship Id="rId956" Type="http://schemas.openxmlformats.org/officeDocument/2006/relationships/hyperlink" Target="https://www.ftc.gov/legal-library/browse/rules/health-breach-notification-rule" TargetMode="External"/><Relationship Id="rId957" Type="http://schemas.openxmlformats.org/officeDocument/2006/relationships/hyperlink" Target="https://www.hhs.gov/hipaa/for-professionals/privacy/guidance/business-associates/index.html" TargetMode="External"/><Relationship Id="rId958" Type="http://schemas.openxmlformats.org/officeDocument/2006/relationships/hyperlink" Target="https://www.hhs.gov/hipaa/for-professionals/special-topics/health-information-technology/cloud-computing/index.html" TargetMode="External"/><Relationship Id="rId959" Type="http://schemas.openxmlformats.org/officeDocument/2006/relationships/hyperlink" Target="https://www.hhs.gov/hipaa/for-professionals/special-topics/de-identification/index.html" TargetMode="External"/><Relationship Id="rId960" Type="http://schemas.openxmlformats.org/officeDocument/2006/relationships/hyperlink" Target="https://www.hhs.gov/press-room/hhs-extends-mobile-and-web-accessibility-deadline.html" TargetMode="External"/><Relationship Id="rId961" Type="http://schemas.openxmlformats.org/officeDocument/2006/relationships/hyperlink" Target="https://www.hhs.gov/hipaa/for-professionals/security/laws-regulations/index.html" TargetMode="External"/><Relationship Id="rId962" Type="http://schemas.openxmlformats.org/officeDocument/2006/relationships/hyperlink" Target="https://www.hhs.gov/hipaa/for-professionals/security/hipaa-security-rule-nprm/index.html" TargetMode="External"/><Relationship Id="rId963" Type="http://schemas.openxmlformats.org/officeDocument/2006/relationships/hyperlink" Target="https://www.leg.state.nv.us/NRS/NRS-603A.html" TargetMode="External"/><Relationship Id="rId964" Type="http://schemas.openxmlformats.org/officeDocument/2006/relationships/hyperlink" Target="https://www.nysenate.gov/legislation/laws/GBS/899-AA" TargetMode="External"/><Relationship Id="rId965" Type="http://schemas.openxmlformats.org/officeDocument/2006/relationships/hyperlink" Target="https://www.nysenate.gov/legislation/laws/GBS/899-BB" TargetMode="External"/><Relationship Id="rId966" Type="http://schemas.openxmlformats.org/officeDocument/2006/relationships/hyperlink" Target="https://nvlpubs.nist.gov/nistpubs/ai/NIST.AI.100-1.pdf" TargetMode="External"/><Relationship Id="rId967" Type="http://schemas.openxmlformats.org/officeDocument/2006/relationships/hyperlink" Target="https://nvlpubs.nist.gov/nistpubs/CSWP/NIST.CSWP.29.pdf" TargetMode="External"/><Relationship Id="rId968" Type="http://schemas.openxmlformats.org/officeDocument/2006/relationships/hyperlink" Target="https://nvlpubs.nist.gov/nistpubs/SpecialPublications/NIST.SP.800-171r3.pdf" TargetMode="External"/><Relationship Id="rId969" Type="http://schemas.openxmlformats.org/officeDocument/2006/relationships/hyperlink" Target="https://nvlpubs.nist.gov/nistpubs/SpecialPublications/NIST.SP.800-207.pdf" TargetMode="External"/><Relationship Id="rId970" Type="http://schemas.openxmlformats.org/officeDocument/2006/relationships/hyperlink" Target="https://nvlpubs.nist.gov/nistpubs/SpecialPublications/NIST.SP.800-218.pdf" TargetMode="External"/><Relationship Id="rId971" Type="http://schemas.openxmlformats.org/officeDocument/2006/relationships/hyperlink" Target="https://nvlpubs.nist.gov/nistpubs/SpecialPublications/NIST.SP.800-53r5.pdf" TargetMode="External"/><Relationship Id="rId972" Type="http://schemas.openxmlformats.org/officeDocument/2006/relationships/hyperlink" Target="https://nvlpubs.nist.gov/nistpubs/SpecialPublications/NIST.SP.800-61r3.pdf" TargetMode="External"/><Relationship Id="rId973" Type="http://schemas.openxmlformats.org/officeDocument/2006/relationships/hyperlink" Target="https://nvlpubs.nist.gov/nistpubs/SpecialPublications/NIST.SP.800-66r2.pdf" TargetMode="External"/><Relationship Id="rId974" Type="http://schemas.openxmlformats.org/officeDocument/2006/relationships/hyperlink" Target="https://ofac.treasury.gov/sanctions-programs-and-country-information/belarus-sanctions" TargetMode="External"/><Relationship Id="rId975" Type="http://schemas.openxmlformats.org/officeDocument/2006/relationships/hyperlink" Target="https://ofac.treasury.gov/sanctions-programs-and-country-information/russia-related-sanctions" TargetMode="External"/><Relationship Id="rId976" Type="http://schemas.openxmlformats.org/officeDocument/2006/relationships/hyperlink" Target="https://ofac.treasury.gov/sanctions-programs-and-country-information" TargetMode="External"/><Relationship Id="rId977" Type="http://schemas.openxmlformats.org/officeDocument/2006/relationships/hyperlink" Target="https://lawfilesext.leg.wa.gov/law/RCWArchive/2025/pdf/RCW%20%2019%20%20TITLE/RCW%20%2019%20.373%20%20CHAPTER/RCW%20%2019%20.373%20%20COMBINEDCHAPTER.pdf" TargetMode="External"/><Relationship Id="rId978" Type="http://schemas.openxmlformats.org/officeDocument/2006/relationships/hyperlink" Target="https://www.section508.gov/sell/acr-vpat-faq/" TargetMode="External"/><Relationship Id="rId979" Type="http://schemas.openxmlformats.org/officeDocument/2006/relationships/hyperlink" Target="https://www.section508.gov/test/software/" TargetMode="External"/><Relationship Id="rId980" Type="http://schemas.openxmlformats.org/officeDocument/2006/relationships/hyperlink" Target="https://www.access-board.gov/ict/" TargetMode="External"/><Relationship Id="rId981" Type="http://schemas.openxmlformats.org/officeDocument/2006/relationships/hyperlink" Target="https://www.gub.uy/presidencia/institucional/normativa/decreto-3008" TargetMode="External"/><Relationship Id="rId982" Type="http://schemas.openxmlformats.org/officeDocument/2006/relationships/hyperlink" Target="https://www.gub.uy/ministerio-salud-publica/politicas-y-gestion/es-tecnovigilancia" TargetMode="External"/><Relationship Id="rId983" Type="http://schemas.openxmlformats.org/officeDocument/2006/relationships/hyperlink" Target="https://www.gub.uy/ministerio-salud-publica/evaluacion-tecnologia/registro-empresas" TargetMode="External"/><Relationship Id="rId984" Type="http://schemas.openxmlformats.org/officeDocument/2006/relationships/hyperlink" Target="https://www.gub.uy/ministerio-salud-publica/evaluacion-tecnologia/registro-productos" TargetMode="External"/><Relationship Id="rId985" Type="http://schemas.openxmlformats.org/officeDocument/2006/relationships/hyperlink" Target="https://lex.uz/ru/docs/7861694" TargetMode="External"/><Relationship Id="rId986" Type="http://schemas.openxmlformats.org/officeDocument/2006/relationships/hyperlink" Target="https://www.uzpharm-control.uz/ru/info-security-ls" TargetMode="External"/><Relationship Id="rId987" Type="http://schemas.openxmlformats.org/officeDocument/2006/relationships/hyperlink" Target="https://www.uzpharm-control.uz/ru/news/view/2026-01-08-202601-08-vazir-buyrug%27i" TargetMode="External"/><Relationship Id="rId988" Type="http://schemas.openxmlformats.org/officeDocument/2006/relationships/hyperlink" Target="https://lex.uz/ru/docs/2856466" TargetMode="External"/><Relationship Id="rId989" Type="http://schemas.openxmlformats.org/officeDocument/2006/relationships/hyperlink" Target="https://www.uzpharm-control.uz/ru/news/view/2026-01-13-Tibbiy%20jihozlarni%20tasniflash%20bo%E2%80%98yicha%20yangi%20qoidalar%20tasdiqlandi" TargetMode="External"/><Relationship Id="rId990" Type="http://schemas.openxmlformats.org/officeDocument/2006/relationships/hyperlink" Target="https://lex.uz/Pages/GetPdf.aspx?file=LexUz_7933871.pdf" TargetMode="External"/><Relationship Id="rId991" Type="http://schemas.openxmlformats.org/officeDocument/2006/relationships/hyperlink" Target="https://www.sacs.gob.ve/site/recaudos_equipos_medicos2/" TargetMode="External"/><Relationship Id="rId992" Type="http://schemas.openxmlformats.org/officeDocument/2006/relationships/hyperlink" Target="https://www.sacs.gob.ve/site/wp-content/uploads/2025/12/1-Recaudos-Reg-Sanit-o-Renov-Mat-y-Equip-Salud.pdf" TargetMode="External"/><Relationship Id="rId993" Type="http://schemas.openxmlformats.org/officeDocument/2006/relationships/hyperlink" Target="https://www.sacs.gob.ve/site/wp-content/uploads/2025/12/26-Recaudos-Retiro-del-Mercado-del-Material-del-Equipo-de-Salud.pdf" TargetMode="External"/><Relationship Id="rId994" Type="http://schemas.openxmlformats.org/officeDocument/2006/relationships/hyperlink" Target="https://congbao.chinhphu.vn/van-ban/nghi-dinh-so-148-2025-nd-cp-45158.htm" TargetMode="External"/><Relationship Id="rId995" Type="http://schemas.openxmlformats.org/officeDocument/2006/relationships/hyperlink" Target="https://congbaocdn.chinhphu.vn/CongBaoCP/VanBan/2025/6/45158/56913-1-2025815-816148-2025-nd-cp.pdf" TargetMode="External"/><Relationship Id="rId996" Type="http://schemas.openxmlformats.org/officeDocument/2006/relationships/hyperlink" Target="https://congbaocdn.chinhphu.vn/CongBaoCP/VanBan/2025/6/45158/56916-1-2025817-818148-2025-nd-cp.pdf" TargetMode="External"/><Relationship Id="rId997" Type="http://schemas.openxmlformats.org/officeDocument/2006/relationships/hyperlink" Target="https://congbao.chinhphu.vn/van-ban/nghi-dinh-so-96-2023-nd-cp-41078.htm" TargetMode="External"/><Relationship Id="rId998" Type="http://schemas.openxmlformats.org/officeDocument/2006/relationships/hyperlink" Target="https://congbaocdn.chinhphu.vn/CongBaoCP/VanBan/2023/12/41078/48473-1-2024169-17096-2023-nd-cp.pdf" TargetMode="External"/><Relationship Id="rId999" Type="http://schemas.openxmlformats.org/officeDocument/2006/relationships/hyperlink" Target="https://congbaocdn.chinhphu.vn/CongBaoCP/VanBan/2023/12/41078/48476-1-2024171-17296-2023-nd-cp.pdf" TargetMode="External"/><Relationship Id="rId1000" Type="http://schemas.openxmlformats.org/officeDocument/2006/relationships/hyperlink" Target="https://congbaocdn.chinhphu.vn/CongBaoCP/VanBan/2023/12/41078/48479-1-2024173-17496-2023-nd-cp.pdf" TargetMode="External"/><Relationship Id="rId1001" Type="http://schemas.openxmlformats.org/officeDocument/2006/relationships/hyperlink" Target="https://congbaocdn.chinhphu.vn/CongBaoCP/VanBan/2023/12/41078/48482-1-2024175-17696-2023-nd-cp.pdf" TargetMode="External"/><Relationship Id="rId1002" Type="http://schemas.openxmlformats.org/officeDocument/2006/relationships/hyperlink" Target="https://vanban.chinhphu.vn/?classid=1&amp;docid=207543&amp;orggroupid=2&amp;pageid=27160" TargetMode="External"/><Relationship Id="rId1003" Type="http://schemas.openxmlformats.org/officeDocument/2006/relationships/hyperlink" Target="https://vanban.chinhphu.vn/?docid=204442&amp;pageid=27160" TargetMode="External"/><Relationship Id="rId1004" Type="http://schemas.openxmlformats.org/officeDocument/2006/relationships/hyperlink" Target="https://moh.gov.vn/en/web/cchc/tin-tuc/-/asset_publisher/BDoKnDT9kMF6/content/bo-y-te-cong-bo-thu-tuc-hanh-chinh-uoc-sua-oi-bo-sung-trong-linh-vuc-thiet-bi-y-te-theo-thong-tu-so-44-2025-tt-byt" TargetMode="External"/><Relationship Id="rId1005" Type="http://schemas.openxmlformats.org/officeDocument/2006/relationships/hyperlink" Target="https://moh.gov.vn/thong-tin-chi-dao-dieu-hanh/-/asset_publisher/DOHhlnDN87WZ/content/van-ban-hop-nhat-quy-inh-ve-phan-loai-thiet-bi-y-te" TargetMode="External"/><Relationship Id="rId1006" Type="http://schemas.openxmlformats.org/officeDocument/2006/relationships/hyperlink" Target="https://moh.gov.vn/web/cchc/thong-tin-ket-qua-trien-khai-cchc-cua-bo-y-te/-/asset_publisher/HF7mb5E7i1zD/content/mot-so-noi-dung-co-ban-cua-thong-tu-so-05-2022-tt-byt-quy-inh-chi-tiet-thi-hanh-mot-so-ieu-cua-nghi-inh-so-98-2021-n-cp-ngay-08-thang-11-nam-2021-cua-?inheritRedirect=false" TargetMode="External"/><Relationship Id="rId1007" Type="http://schemas.openxmlformats.org/officeDocument/2006/relationships/hyperlink" Target="https://vimda.moh.gov.vn/van-ban-phap-quy" TargetMode="External"/><Relationship Id="rId1008" Type="http://schemas.openxmlformats.org/officeDocument/2006/relationships/hyperlink" Target="https://vimda.moh.gov.vn/" TargetMode="External"/><Relationship Id="rId1009" Type="http://schemas.openxmlformats.org/officeDocument/2006/relationships/hyperlink" Target="https://vanban.chinhphu.vn/?classid=1&amp;docid=216499&amp;pageid=27160&amp;typegroupid=3" TargetMode="External"/><Relationship Id="rId1010" Type="http://schemas.openxmlformats.org/officeDocument/2006/relationships/hyperlink" Target="https://vanban.chinhphu.vn/?classid=1&amp;docid=216334&amp;pageid=27160&amp;typegroupid=3" TargetMode="External"/><Relationship Id="rId1011" Type="http://schemas.openxmlformats.org/officeDocument/2006/relationships/hyperlink" Target="https://vanban.chinhphu.vn/?classid=1&amp;docid=208421&amp;pageid=27160&amp;typegroupid=3" TargetMode="External"/><Relationship Id="rId1012" Type="http://schemas.openxmlformats.org/officeDocument/2006/relationships/hyperlink" Target="https://vanban.chinhphu.vn/?classid=1&amp;docid=214590&amp;pageid=27160&amp;typegroup=" TargetMode="External"/><Relationship Id="rId1013" Type="http://schemas.openxmlformats.org/officeDocument/2006/relationships/hyperlink" Target="https://www.zamra.co.zm/services/allied-substances/" TargetMode="External"/><Relationship Id="rId1014" Type="http://schemas.openxmlformats.org/officeDocument/2006/relationships/hyperlink" Target="https://www.zamra.co.zm/wp-content/uploads/2023/08/Guidelines-for-grant-of-Marketing-Authorisation-of-in-vitro-diagnostic-devices-for-Human-use.pdf" TargetMode="External"/><Relationship Id="rId1015" Type="http://schemas.openxmlformats.org/officeDocument/2006/relationships/hyperlink" Target="https://www.zamra.co.zm/wp-content/uploads/2023/08/Guidelines-for-Label-and-Instructions-For-Use-for-Medical-Devices.pdf" TargetMode="External"/><Relationship Id="rId1016" Type="http://schemas.openxmlformats.org/officeDocument/2006/relationships/hyperlink" Target="https://www.zamra.co.zm/wp-content/uploads/2024/07/GUIDELINES-ON-APPLICATION-FOR-GRANT-OF-MARKETING-AUTHORISATION-OF-NON-IVDS.pdf" TargetMode="External"/><Relationship Id="rId1017" Type="http://schemas.openxmlformats.org/officeDocument/2006/relationships/hyperlink" Target="https://www.zamra.co.zm/wp-content/uploads/2023/08/Guidelines-on-Recall-of-Medicines-and-Allied-Substance.pdf" TargetMode="External"/><Relationship Id="rId1018" Type="http://schemas.openxmlformats.org/officeDocument/2006/relationships/hyperlink" Target="https://www.zamra.co.zm/wp-content/uploads/2023/08/Guidelines-on-the-Principles-of-Medical-Devices-Classifications-v1.pdf" TargetMode="External"/><Relationship Id="rId1019" Type="http://schemas.openxmlformats.org/officeDocument/2006/relationships/hyperlink" Target="https://www.parliament.gov.zm/sites/default/files/documents/acts/Medicines%20and%20Allied%20Substances%20Act%202013%20f.pdf" TargetMode="External"/><Relationship Id="rId1020" Type="http://schemas.openxmlformats.org/officeDocument/2006/relationships/hyperlink" Target="https://www.mcaz.co.zw/wp-content/uploads/2021/12/Guidelines-for-the-Notification-of-Medicinal-Product-Problem-or-Defect-and-Recall-Procedure.pdf" TargetMode="External"/><Relationship Id="rId1021" Type="http://schemas.openxmlformats.org/officeDocument/2006/relationships/hyperlink" Target="https://www.mcaz.co.zw/documents/legal-and-corporate-affairs-docs/acts" TargetMode="External"/><Relationship Id="rId1022" Type="http://schemas.openxmlformats.org/officeDocument/2006/relationships/hyperlink" Target="https://www.mcaz.co.zw/medical-devices-and-microbiology" TargetMode="External"/><Relationship Id="rId1023" Type="http://schemas.openxmlformats.org/officeDocument/2006/relationships/hyperlink" Target="https://www.mcaz.co.zw/medical-devices-documents" TargetMode="External"/><Relationship Id="rId1024" Type="http://schemas.openxmlformats.org/officeDocument/2006/relationships/hyperlink" Target="https://www.mcaz.co.zw/?download_id=2863&amp;sdm_process_download=1" TargetMode="External"/><Relationship Id="rId1025" Type="http://schemas.openxmlformats.org/officeDocument/2006/relationships/hyperlink" Target="https://www.imdrf.org/sites/default/files/docs/ghtf/final/sg3/technical-docs/ghtf-sg3-n15r8-risk-management-principles-qms-050520.pdf" TargetMode="External"/><Relationship Id="rId1026" Type="http://schemas.openxmlformats.org/officeDocument/2006/relationships/hyperlink" Target="https://www.imdrf.org/sites/default/files/docs/ghtf/final/sg3/technical-docs/ghtf-sg3-n17-guidance-on-quality-management-system-081211.pdf" TargetMode="External"/><Relationship Id="rId1027" Type="http://schemas.openxmlformats.org/officeDocument/2006/relationships/hyperlink" Target="https://www.imdrf.org/sites/default/files/docs/ghtf/final/sg3/technical-docs/ghtf-sg3-n18-2010-qms-guidance-on-corrective-preventative-action-101104.pdf" TargetMode="External"/><Relationship Id="rId1028" Type="http://schemas.openxmlformats.org/officeDocument/2006/relationships/hyperlink" Target="https://www.imdrf.org/sites/default/files/docs/ghtf/final/sg3/technical-docs/ghtf-sg3-n19-2012-nonconformity-grading-121102.pdf" TargetMode="External"/><Relationship Id="rId1029" Type="http://schemas.openxmlformats.org/officeDocument/2006/relationships/hyperlink" Target="https://www.imdrf.org/sites/default/files/docs/ghtf/final/sg3/technical-docs/ghtf-sg3-n99-10-2004-qms-process-guidance-04010.pdf" TargetMode="External"/><Relationship Id="rId1030" Type="http://schemas.openxmlformats.org/officeDocument/2006/relationships/hyperlink" Target="https://www.imdrf.org/documents/ghtf-final-documents/ghtf-study-group-3-quality-systems" TargetMode="External"/><Relationship Id="rId1031" Type="http://schemas.openxmlformats.org/officeDocument/2006/relationships/hyperlink" Target="https://www.imdrf.org/working-groups/adverse-event-terminology/combined-codes" TargetMode="External"/><Relationship Id="rId1032" Type="http://schemas.openxmlformats.org/officeDocument/2006/relationships/hyperlink" Target="https://www.imdrf.org/sites/default/files/2026-02/imdrf-proc-ae-terminologies-n44_ReleaseNumber2026_ReleaseNotes.TXT" TargetMode="External"/><Relationship Id="rId1033" Type="http://schemas.openxmlformats.org/officeDocument/2006/relationships/hyperlink" Target="https://www.imdrf.org/sites/default/files/2026-02/2026_02_imdrf-proc-ae-terminologies-n44-ReleaseNumber2026-ChangeRequestLog.XLSX" TargetMode="External"/><Relationship Id="rId1034" Type="http://schemas.openxmlformats.org/officeDocument/2006/relationships/hyperlink" Target="https://www.imdrf.org/documents/terminologies-categorized-adverse-event-reporting-aer-terms-terminology-and-codes" TargetMode="External"/><Relationship Id="rId1035" Type="http://schemas.openxmlformats.org/officeDocument/2006/relationships/hyperlink" Target="https://www.imdrf.org/sites/default/files/2026-03/annexa-g-consolidated2026-revised_0.JSON" TargetMode="External"/><Relationship Id="rId1036" Type="http://schemas.openxmlformats.org/officeDocument/2006/relationships/hyperlink" Target="https://www.imdrf.org/sites/default/files/2026-06/imdrf-tech-ae-terminologies-n43-ReleaseNumber2026-Annexes-revisedJune.xlsx" TargetMode="External"/><Relationship Id="rId1037" Type="http://schemas.openxmlformats.org/officeDocument/2006/relationships/hyperlink" Target="https://www.imdrf.org/sites/default/files/docs/imdrf/final/technical/imdrf-tech-200318-ae-terminologies-n43.pdf" TargetMode="External"/><Relationship Id="rId1038" Type="http://schemas.openxmlformats.org/officeDocument/2006/relationships/hyperlink" Target="https://www.imdrf.org/sites/default/files/docs/imdrf/final/technical/imdrf-tech-200318-pp-mdc-n60.pdf" TargetMode="External"/><Relationship Id="rId1039" Type="http://schemas.openxmlformats.org/officeDocument/2006/relationships/hyperlink" Target="https://www.imdrf.org/sites/default/files/2023-04/IMDRF%20Principles%20and%20Practices%20of%20Cybersecurity%20for%20%20Legacy%20Medical%20Devices%20Final%20%28N70%29_0.pdf" TargetMode="External"/><Relationship Id="rId1040" Type="http://schemas.openxmlformats.org/officeDocument/2006/relationships/hyperlink" Target="https://www.imdrf.org/sites/default/files/2023-04/Principles%20and%20Practices%20for%20Software%20Bill%20of%20Materials%20for%20Medical%20Device%20Cybersecurity%20%28N73%29.pdf" TargetMode="External"/><Relationship Id="rId1041" Type="http://schemas.openxmlformats.org/officeDocument/2006/relationships/hyperlink" Target="https://www.imdrf.org/sites/default/files/2024-04/IMDRF%20GRRP%20WG%20N47%20%28Edition%202%29.pdf" TargetMode="External"/><Relationship Id="rId1042" Type="http://schemas.openxmlformats.org/officeDocument/2006/relationships/hyperlink" Target="https://www.imdrf.org/sites/default/files/docs/imdrf/final/technical/imdrf-tech-151002-samd-qms.pdf" TargetMode="External"/><Relationship Id="rId1043" Type="http://schemas.openxmlformats.org/officeDocument/2006/relationships/hyperlink" Target="https://www.mdsap.global/sites/default/files/2025-06/MDSAP_AU_F0037.1.001.02_2024-06-26%28RE%29.pdf" TargetMode="External"/><Relationship Id="rId1044" Type="http://schemas.openxmlformats.org/officeDocument/2006/relationships/hyperlink" Target="https://www.mdsap.global/sites/default/files/2026-02/MDSAP%20AU%20P0002.10%20MDSAP%20Audit%20Approach.PDF" TargetMode="External"/><Relationship Id="rId1045" Type="http://schemas.openxmlformats.org/officeDocument/2006/relationships/hyperlink" Target="https://www.mdsap.global/sites/default/files/2025-04/MDSAP-AU-P0008-008-Audit-Time-Determination-Procedure.pdf" TargetMode="External"/><Relationship Id="rId1046" Type="http://schemas.openxmlformats.org/officeDocument/2006/relationships/hyperlink" Target="https://www.mdsap.global/sites/default/files/2025-05/MDSAP_AU_P0019.005_Audit_Report_Policy.pdf" TargetMode="External"/><Relationship Id="rId1047" Type="http://schemas.openxmlformats.org/officeDocument/2006/relationships/hyperlink" Target="https://www.mdsap.global/sites/default/files/2025-08/MDSAP%20AU%20P0026.006%20Certification%20Document%20Requirements.pdf" TargetMode="External"/><Relationship Id="rId1048" Type="http://schemas.openxmlformats.org/officeDocument/2006/relationships/hyperlink" Target="https://www.mdsap.global/sites/default/files/2025-05/MDSAP-Post-Audit-Activities-Timeline-Policy.pdf" TargetMode="External"/><Relationship Id="rId1049" Type="http://schemas.openxmlformats.org/officeDocument/2006/relationships/hyperlink" Target="https://www.mdsap.global/sites/default/files/2025-04/MDSAP%20AU%20P0037.002%20%28final-508%29.pdf" TargetMode="External"/><Relationship Id="rId1050" Type="http://schemas.openxmlformats.org/officeDocument/2006/relationships/hyperlink" Target="https://www.mdsap.global/documents/library/audit-approach" TargetMode="External"/><Relationship Id="rId1051" Type="http://schemas.openxmlformats.org/officeDocument/2006/relationships/hyperlink" Target="https://www.mdsap.global/documents/audit-procedures-and-forms" TargetMode="External"/><Relationship Id="rId1052" Type="http://schemas.openxmlformats.org/officeDocument/2006/relationships/hyperlink" Target="https://www.mdsap.global/sites/default/files/2026-02/MDSAP_AU_F0019.1.009.10_2026-02-01%28RE%29.pdf" TargetMode="External"/><Relationship Id="rId1053" Type="http://schemas.openxmlformats.org/officeDocument/2006/relationships/hyperlink" Target="https://www.mdsap.global/documents/library" TargetMode="External"/><Relationship Id="rId1054" Type="http://schemas.openxmlformats.org/officeDocument/2006/relationships/hyperlink" Target="https://www.mdsap.global/sites/default/files/2026-05/MDSAP_AU_F0019.2.012.08_2026-04-20_%28RE%29.pdf" TargetMode="External"/><Relationship Id="rId1055" Type="http://schemas.openxmlformats.org/officeDocument/2006/relationships/hyperlink" Target="https://www.mdsap.global/manufacturers/how-be-mdsap-audit-ready/what-should-i-expect-initial-audit" TargetMode="External"/><Relationship Id="rId1056" Type="http://schemas.openxmlformats.org/officeDocument/2006/relationships/hyperlink" Target="https://www.who.int/tools/global-benchmarking-tools/evaluation-of-national-regulatory-systems-of-medical-devices-in-vitro-diagnostics" TargetMode="External"/><Relationship Id="rId1057" Type="http://schemas.openxmlformats.org/officeDocument/2006/relationships/hyperlink" Target="https://cdn.who.int/media/docs/default-source/biologicals/ecbs/annex3-gmrf-who_trs_1045.pdf?download=true&amp;sfvrsn=88867b3a_3" TargetMode="External"/><Relationship Id="rId1058" Type="http://schemas.openxmlformats.org/officeDocument/2006/relationships/hyperlink" Target="https://www.who.int/publications/m/item/list-of-transitional-wlas-for-medical-devices" TargetMode="External"/><Relationship Id="rId1059" Type="http://schemas.openxmlformats.org/officeDocument/2006/relationships/hyperlink" Target="https://cdn.who.int/media/docs/default-source/medicines/regulatory-systems/wla/list-of-transitional-wlas_md.pdf?download=true&amp;sfvrsn=67204fa9_3" TargetMode="External"/><Relationship Id="rId1060" Type="http://schemas.openxmlformats.org/officeDocument/2006/relationships/hyperlink" Target="https://uncitral.un.org/en/texts/ecommerce" TargetMode="External"/><Relationship Id="rId1061" Type="http://schemas.openxmlformats.org/officeDocument/2006/relationships/hyperlink" Target="https://www.w3.org/TR/wai-aria-1.2/" TargetMode="External"/><Relationship Id="rId1062" Type="http://schemas.openxmlformats.org/officeDocument/2006/relationships/hyperlink" Target="https://www.w3.org/TR/WCAG20/" TargetMode="External"/><Relationship Id="rId1063" Type="http://schemas.openxmlformats.org/officeDocument/2006/relationships/hyperlink" Target="https://www.w3.org/TR/WCAG21/" TargetMode="External"/><Relationship Id="rId1064" Type="http://schemas.openxmlformats.org/officeDocument/2006/relationships/hyperlink" Target="https://www.w3.org/TR/WCAG22/" TargetMode="External"/><Relationship Id="rId1065" Type="http://schemas.openxmlformats.org/officeDocument/2006/relationships/hyperlink" Target="https://unstats.un.org/unsd/methodology/m49/overvie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Device + IVD Country-Law Register</dc:title>
  <dc:subject>Country, regional, and vendor-sale regulatory source readiness for the eQMS PRD</dc:subject>
  <dc:creator>QMS Studio</dc:creator>
  <cp:keywords>medical device, IVD, eQMS, regulatory coverage, country law, SaaS</cp:keywords>
  <dc:description>Generated from the controlled regulatory-source catalogs, manifest, text index, and worldwide jurisdiction register.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